
<file path=[Content_Types].xml><?xml version="1.0" encoding="utf-8"?>
<Types xmlns="http://schemas.openxmlformats.org/package/2006/content-types">
  <Default Extension="emf" ContentType="image/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7699E2" w14:textId="7C69DD62" w:rsidR="00012353" w:rsidRPr="00DE360E" w:rsidRDefault="00EA1143" w:rsidP="00A06F41">
      <w:pPr>
        <w:pStyle w:val="TitleSpecialMath"/>
        <w:ind w:left="1201" w:hanging="336"/>
      </w:pPr>
      <w:r w:rsidRPr="00EA1143">
        <w:rPr>
          <w:rFonts w:hint="eastAsia"/>
        </w:rPr>
        <w:t>高三年级物理第</w:t>
      </w:r>
      <w:r w:rsidRPr="00EA1143">
        <w:rPr>
          <w:rFonts w:hint="eastAsia"/>
        </w:rPr>
        <w:t>5</w:t>
      </w:r>
      <w:r w:rsidRPr="00EA1143">
        <w:rPr>
          <w:rFonts w:hint="eastAsia"/>
        </w:rPr>
        <w:t>课时《分子动理论</w:t>
      </w:r>
      <w:r w:rsidRPr="00EA1143">
        <w:rPr>
          <w:rFonts w:hint="eastAsia"/>
        </w:rPr>
        <w:t>2</w:t>
      </w:r>
      <w:r w:rsidRPr="00EA1143">
        <w:rPr>
          <w:rFonts w:hint="eastAsia"/>
        </w:rPr>
        <w:t>》拓展提升任务</w:t>
      </w:r>
    </w:p>
    <w:p w14:paraId="62FA6571" w14:textId="77777777" w:rsidR="002A614A" w:rsidRDefault="00F35244">
      <w:pPr>
        <w:pStyle w:val="LinespaceMathQuestionType"/>
      </w:pPr>
      <w:r>
        <w:t xml:space="preserve">  </w:t>
      </w:r>
    </w:p>
    <w:p w14:paraId="3B1280EF" w14:textId="045EE121" w:rsidR="002A614A" w:rsidRDefault="00F35244">
      <w:r>
        <w:rPr>
          <w:rFonts w:ascii="宋体" w:hAnsi="宋体"/>
          <w:b/>
        </w:rPr>
        <w:t>一、解答题</w:t>
      </w:r>
    </w:p>
    <w:p w14:paraId="4FE92558" w14:textId="77777777" w:rsidR="002A614A" w:rsidRDefault="00F35244">
      <w:pPr>
        <w:pStyle w:val="ItemQDescSpecialMathIndent1"/>
        <w:ind w:left="514" w:hanging="233"/>
      </w:pPr>
      <w:r>
        <w:t xml:space="preserve">1. </w:t>
      </w:r>
      <w:r>
        <w:t>放在光滑水平面上的物体，受到一个水平方向的作用而做匀加速直线运动，有人说：</w:t>
      </w:r>
      <w:r>
        <w:t>“</w:t>
      </w:r>
      <w:r>
        <w:t>随着物体运动加快，物体内分子的运动也加快，由此知分子的平均动能增大，物体的温度升高。</w:t>
      </w:r>
      <w:r>
        <w:t>’’</w:t>
      </w:r>
      <w:proofErr w:type="gramStart"/>
      <w:r>
        <w:t>这种说法是否正确</w:t>
      </w:r>
      <w:r>
        <w:t>?</w:t>
      </w:r>
      <w:r>
        <w:t>为什么</w:t>
      </w:r>
      <w:proofErr w:type="gramEnd"/>
      <w:r>
        <w:t>?</w:t>
      </w:r>
    </w:p>
    <w:p w14:paraId="3E4A769D" w14:textId="77777777" w:rsidR="002A614A" w:rsidRDefault="00F35244">
      <w:pPr>
        <w:pStyle w:val="LinespaceMathQuestion"/>
        <w:ind w:left="195" w:hanging="195"/>
      </w:pPr>
      <w:r>
        <w:t xml:space="preserve">  </w:t>
      </w:r>
    </w:p>
    <w:p w14:paraId="49B5301D" w14:textId="46EF7173" w:rsidR="002A614A" w:rsidRDefault="00F35244">
      <w:pPr>
        <w:pStyle w:val="ItemQDescSpecialMathIndent1"/>
        <w:ind w:left="514" w:hanging="233"/>
      </w:pPr>
      <w:r>
        <w:t>2.</w:t>
      </w:r>
      <w:r>
        <w:t>在长期的科学实践中，人类已经建立起各种形式的能量概念及其量度的方法，其中一种能量是势能。势能是由于各物体间存在相互作用而具有的、由各物体间相对位置决定的能。如重力势能、弹性势能、分子势能、电势能等。</w:t>
      </w:r>
    </w:p>
    <w:p w14:paraId="4703A286" w14:textId="77777777" w:rsidR="002A614A" w:rsidRDefault="00F35244">
      <w:pPr>
        <w:pStyle w:val="ItemQDescSpecialMathIndent1Indent1"/>
        <w:ind w:left="893" w:hanging="328"/>
      </w:pPr>
      <w:r>
        <w:t>（</w:t>
      </w:r>
      <w:r>
        <w:t>1</w:t>
      </w:r>
      <w:r>
        <w:t>）如图甲所示，内壁光滑、半径为</w:t>
      </w:r>
      <w:r>
        <w:t xml:space="preserve"> </w:t>
      </w:r>
      <w:r>
        <w:rPr>
          <w:noProof/>
        </w:rPr>
        <w:drawing>
          <wp:inline distT="0" distB="0" distL="0" distR="0" wp14:anchorId="1E559DF9" wp14:editId="559A2EF3">
            <wp:extent cx="122200" cy="104498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.emf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22200" cy="1044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>的半圆形</w:t>
      </w:r>
      <w:proofErr w:type="gramStart"/>
      <w:r>
        <w:t>碗</w:t>
      </w:r>
      <w:proofErr w:type="gramEnd"/>
      <w:r>
        <w:t>固定在水平面上，将一个质量为</w:t>
      </w:r>
      <w:r>
        <w:t xml:space="preserve"> </w:t>
      </w:r>
      <w:r>
        <w:rPr>
          <w:noProof/>
        </w:rPr>
        <w:drawing>
          <wp:inline distT="0" distB="0" distL="0" distR="0" wp14:anchorId="170803C9" wp14:editId="2985F1E4">
            <wp:extent cx="124797" cy="69348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.emf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24797" cy="693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>的小球（可视为质点）放在碗底的中心位置</w:t>
      </w:r>
      <w:r>
        <w:t xml:space="preserve"> </w:t>
      </w:r>
      <w:r>
        <w:rPr>
          <w:noProof/>
        </w:rPr>
        <w:drawing>
          <wp:inline distT="0" distB="0" distL="0" distR="0" wp14:anchorId="129D7054" wp14:editId="3CEAF858">
            <wp:extent cx="101864" cy="104498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.emf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01864" cy="1044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>处。现给小球一个水平初速度</w:t>
      </w:r>
      <w:r>
        <w:t xml:space="preserve"> </w:t>
      </w:r>
      <w:r>
        <w:rPr>
          <w:noProof/>
          <w:position w:val="-5"/>
        </w:rPr>
        <w:drawing>
          <wp:inline distT="0" distB="0" distL="0" distR="0" wp14:anchorId="1D4619CB" wp14:editId="255841B6">
            <wp:extent cx="1010997" cy="15179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.emf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010997" cy="151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，使小球在碗中一定范围内来回运动。已知重力加速度为</w:t>
      </w:r>
      <w:r>
        <w:t xml:space="preserve"> </w:t>
      </w:r>
      <w:r>
        <w:rPr>
          <w:noProof/>
          <w:position w:val="-5"/>
        </w:rPr>
        <w:drawing>
          <wp:inline distT="0" distB="0" distL="0" distR="0" wp14:anchorId="45DDA91A" wp14:editId="63AD16F2">
            <wp:extent cx="87453" cy="101864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.emf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87453" cy="1018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。</w:t>
      </w:r>
    </w:p>
    <w:p w14:paraId="717ECE49" w14:textId="77777777" w:rsidR="002A614A" w:rsidRDefault="00F35244">
      <w:pPr>
        <w:pStyle w:val="ItemQDescSpecialMathIndent1Indent1"/>
        <w:ind w:left="893" w:hanging="328"/>
      </w:pPr>
      <w:r>
        <w:tab/>
      </w:r>
      <w:r>
        <w:rPr>
          <w:noProof/>
          <w:position w:val="-72"/>
        </w:rPr>
        <w:drawing>
          <wp:inline distT="0" distB="0" distL="0" distR="0" wp14:anchorId="02562D37" wp14:editId="3F114EA7">
            <wp:extent cx="1428750" cy="1048496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.png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428750" cy="10484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BCBE08" w14:textId="77777777" w:rsidR="002A614A" w:rsidRDefault="00F35244">
      <w:pPr>
        <w:pStyle w:val="ItemSub2QDescSpecialMathIndent"/>
        <w:ind w:left="1201" w:hanging="336"/>
      </w:pPr>
      <w:r>
        <w:rPr>
          <w:rFonts w:ascii="宋体" w:hAnsi="宋体"/>
        </w:rPr>
        <w:t>①</w:t>
      </w:r>
      <w:r>
        <w:t xml:space="preserve"> </w:t>
      </w:r>
      <w:r>
        <w:t>若以</w:t>
      </w:r>
      <w:r>
        <w:t xml:space="preserve"> </w:t>
      </w:r>
      <w:r>
        <w:rPr>
          <w:noProof/>
        </w:rPr>
        <w:drawing>
          <wp:inline distT="0" distB="0" distL="0" distR="0" wp14:anchorId="160334F0" wp14:editId="1412A49F">
            <wp:extent cx="226661" cy="104498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.emf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26661" cy="1044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>为零势能参考平面，写出小球在最低位置</w:t>
      </w:r>
      <w:r>
        <w:t xml:space="preserve"> </w:t>
      </w:r>
      <w:r>
        <w:rPr>
          <w:noProof/>
        </w:rPr>
        <w:drawing>
          <wp:inline distT="0" distB="0" distL="0" distR="0" wp14:anchorId="2A421B8A" wp14:editId="45274451">
            <wp:extent cx="101864" cy="104498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.emf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01864" cy="1044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>处的机械能</w:t>
      </w:r>
      <w:r>
        <w:t xml:space="preserve"> </w:t>
      </w:r>
      <w:r>
        <w:rPr>
          <w:noProof/>
        </w:rPr>
        <w:drawing>
          <wp:inline distT="0" distB="0" distL="0" distR="0" wp14:anchorId="0E74A056" wp14:editId="2B37AC9B">
            <wp:extent cx="119018" cy="104498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.emf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19018" cy="1044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>的表达式；</w:t>
      </w:r>
    </w:p>
    <w:p w14:paraId="6BD307F4" w14:textId="77777777" w:rsidR="002A614A" w:rsidRDefault="00F35244">
      <w:pPr>
        <w:pStyle w:val="ItemSub2QDescSpecialMathIndent"/>
        <w:ind w:left="1201" w:hanging="336"/>
      </w:pPr>
      <w:r>
        <w:rPr>
          <w:rFonts w:ascii="宋体" w:hAnsi="宋体"/>
        </w:rPr>
        <w:t>②</w:t>
      </w:r>
      <w:r>
        <w:t xml:space="preserve"> </w:t>
      </w:r>
      <w:r>
        <w:t>求小球能到达的最大高度</w:t>
      </w:r>
      <w:r>
        <w:t xml:space="preserve"> </w:t>
      </w:r>
      <w:r>
        <w:rPr>
          <w:noProof/>
        </w:rPr>
        <w:drawing>
          <wp:inline distT="0" distB="0" distL="0" distR="0" wp14:anchorId="11E573FA" wp14:editId="2A9F041B">
            <wp:extent cx="83942" cy="108850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.emf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83942" cy="108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；说明小球在碗中的运动范围，并在图甲中标出。</w:t>
      </w:r>
    </w:p>
    <w:p w14:paraId="19E50DAF" w14:textId="77777777" w:rsidR="002A614A" w:rsidRDefault="00F35244">
      <w:pPr>
        <w:pStyle w:val="ItemQDescSpecialMathIndent1Indent1"/>
        <w:ind w:left="893" w:hanging="328"/>
      </w:pPr>
      <w:r>
        <w:t>（</w:t>
      </w:r>
      <w:r>
        <w:t>2</w:t>
      </w:r>
      <w:r>
        <w:t>）如图乙所示，</w:t>
      </w:r>
      <w:r>
        <w:rPr>
          <w:noProof/>
        </w:rPr>
        <w:drawing>
          <wp:inline distT="0" distB="0" distL="0" distR="0" wp14:anchorId="316D41D2" wp14:editId="4782F01A">
            <wp:extent cx="80138" cy="69348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.emf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80138" cy="693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>、</w:t>
      </w:r>
      <w:r>
        <w:t xml:space="preserve"> </w:t>
      </w:r>
      <w:r>
        <w:rPr>
          <w:noProof/>
        </w:rPr>
        <w:drawing>
          <wp:inline distT="0" distB="0" distL="0" distR="0" wp14:anchorId="0541F4FC" wp14:editId="4E600B5D">
            <wp:extent cx="75895" cy="108850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.emf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75895" cy="108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>为某种物质的两个分子，以</w:t>
      </w:r>
      <w:r>
        <w:t xml:space="preserve"> </w:t>
      </w:r>
      <w:r>
        <w:rPr>
          <w:noProof/>
        </w:rPr>
        <w:drawing>
          <wp:inline distT="0" distB="0" distL="0" distR="0" wp14:anchorId="55A0C1E1" wp14:editId="133ABF70">
            <wp:extent cx="80138" cy="69348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.emf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80138" cy="693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>为原点，沿两分子连线建立</w:t>
      </w:r>
      <w:r>
        <w:t xml:space="preserve"> </w:t>
      </w:r>
      <w:r>
        <w:rPr>
          <w:noProof/>
        </w:rPr>
        <w:drawing>
          <wp:inline distT="0" distB="0" distL="0" distR="0" wp14:anchorId="4FCEF857" wp14:editId="5219F47A">
            <wp:extent cx="86210" cy="69348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.emf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86210" cy="693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>轴。如果选取两个分子相距无穷远时的势能为零，则</w:t>
      </w:r>
      <w:proofErr w:type="gramStart"/>
      <w:r>
        <w:t>作出</w:t>
      </w:r>
      <w:proofErr w:type="gramEnd"/>
      <w:r>
        <w:t>的两个分子之间的势能</w:t>
      </w:r>
      <w:r>
        <w:t xml:space="preserve"> </w:t>
      </w:r>
      <w:r>
        <w:rPr>
          <w:noProof/>
          <w:position w:val="-6"/>
        </w:rPr>
        <w:drawing>
          <wp:inline distT="0" distB="0" distL="0" distR="0" wp14:anchorId="48C4C21D" wp14:editId="3F57AB8D">
            <wp:extent cx="186062" cy="147950"/>
            <wp:effectExtent l="0" t="0" r="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.emf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86062" cy="147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>与它们之间距离</w:t>
      </w:r>
      <w:r>
        <w:t xml:space="preserve"> </w:t>
      </w:r>
      <w:r>
        <w:rPr>
          <w:noProof/>
        </w:rPr>
        <w:drawing>
          <wp:inline distT="0" distB="0" distL="0" distR="0" wp14:anchorId="215D11F9" wp14:editId="0A873775">
            <wp:extent cx="86210" cy="69348"/>
            <wp:effectExtent l="0" t="0" r="0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.emf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86210" cy="693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>的</w:t>
      </w:r>
      <w:r>
        <w:t xml:space="preserve"> </w:t>
      </w:r>
      <w:r>
        <w:rPr>
          <w:noProof/>
          <w:position w:val="-6"/>
        </w:rPr>
        <w:drawing>
          <wp:inline distT="0" distB="0" distL="0" distR="0" wp14:anchorId="00672740" wp14:editId="10596804">
            <wp:extent cx="457310" cy="147950"/>
            <wp:effectExtent l="0" t="0" r="0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.emf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457310" cy="147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>关系图线如图丙所示。</w:t>
      </w:r>
    </w:p>
    <w:p w14:paraId="034AB7BD" w14:textId="77777777" w:rsidR="002A614A" w:rsidRDefault="00F35244">
      <w:pPr>
        <w:pStyle w:val="ItemQDescSpecialMathIndent1Indent1"/>
        <w:ind w:left="893" w:hanging="328"/>
      </w:pPr>
      <w:r>
        <w:tab/>
      </w:r>
      <w:r>
        <w:rPr>
          <w:noProof/>
          <w:position w:val="-102"/>
        </w:rPr>
        <w:drawing>
          <wp:inline distT="0" distB="0" distL="0" distR="0" wp14:anchorId="50F829E9" wp14:editId="5B6CAA4A">
            <wp:extent cx="4010025" cy="1427973"/>
            <wp:effectExtent l="0" t="0" r="0" b="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.png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4010025" cy="14279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7773DF" w14:textId="77777777" w:rsidR="002A614A" w:rsidRDefault="00F35244">
      <w:pPr>
        <w:pStyle w:val="ItemSub2QDescSpecialMathIndent"/>
        <w:ind w:left="1201" w:hanging="336"/>
      </w:pPr>
      <w:r>
        <w:rPr>
          <w:rFonts w:ascii="宋体" w:hAnsi="宋体"/>
        </w:rPr>
        <w:t>①</w:t>
      </w:r>
      <w:r>
        <w:t xml:space="preserve"> </w:t>
      </w:r>
      <w:r>
        <w:t>假设分子</w:t>
      </w:r>
      <w:r>
        <w:t xml:space="preserve"> </w:t>
      </w:r>
      <w:r>
        <w:rPr>
          <w:noProof/>
        </w:rPr>
        <w:drawing>
          <wp:inline distT="0" distB="0" distL="0" distR="0" wp14:anchorId="72CDB258" wp14:editId="583FD586">
            <wp:extent cx="80138" cy="69348"/>
            <wp:effectExtent l="0" t="0" r="0" b="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.emf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80138" cy="693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>固定不动，分子</w:t>
      </w:r>
      <w:r>
        <w:t xml:space="preserve"> </w:t>
      </w:r>
      <w:r>
        <w:rPr>
          <w:noProof/>
        </w:rPr>
        <w:drawing>
          <wp:inline distT="0" distB="0" distL="0" distR="0" wp14:anchorId="23EF63C0" wp14:editId="31D29012">
            <wp:extent cx="75895" cy="108850"/>
            <wp:effectExtent l="0" t="0" r="0" b="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.emf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75895" cy="108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>只在</w:t>
      </w:r>
      <w:r>
        <w:t xml:space="preserve"> </w:t>
      </w:r>
      <w:r>
        <w:rPr>
          <w:noProof/>
        </w:rPr>
        <w:drawing>
          <wp:inline distT="0" distB="0" distL="0" distR="0" wp14:anchorId="75EDDBC7" wp14:editId="411547F2">
            <wp:extent cx="156070" cy="108850"/>
            <wp:effectExtent l="0" t="0" r="0" b="0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.emf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56070" cy="108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>间分子力的作用下运动（在</w:t>
      </w:r>
      <w:r>
        <w:t xml:space="preserve"> </w:t>
      </w:r>
      <w:r>
        <w:rPr>
          <w:noProof/>
        </w:rPr>
        <w:drawing>
          <wp:inline distT="0" distB="0" distL="0" distR="0" wp14:anchorId="6875E30E" wp14:editId="0D948F9E">
            <wp:extent cx="86210" cy="69348"/>
            <wp:effectExtent l="0" t="0" r="0" b="0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.emf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86210" cy="693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>轴上）。当两分子间距离为</w:t>
      </w:r>
      <w:r>
        <w:t xml:space="preserve"> </w:t>
      </w:r>
      <w:r>
        <w:rPr>
          <w:noProof/>
          <w:position w:val="-3"/>
        </w:rPr>
        <w:drawing>
          <wp:inline distT="0" distB="0" distL="0" distR="0" wp14:anchorId="175659B9" wp14:editId="66BCBFF5">
            <wp:extent cx="120554" cy="92172"/>
            <wp:effectExtent l="0" t="0" r="0" b="0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.emf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120554" cy="921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>时，</w:t>
      </w:r>
      <w:r>
        <w:rPr>
          <w:noProof/>
        </w:rPr>
        <w:drawing>
          <wp:inline distT="0" distB="0" distL="0" distR="0" wp14:anchorId="721D0B38" wp14:editId="5F444ECA">
            <wp:extent cx="75895" cy="108850"/>
            <wp:effectExtent l="0" t="0" r="0" b="0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.emf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75895" cy="108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>分子的动能为</w:t>
      </w:r>
      <w:r>
        <w:t xml:space="preserve"> </w:t>
      </w:r>
      <w:r>
        <w:rPr>
          <w:noProof/>
          <w:position w:val="-6"/>
        </w:rPr>
        <w:drawing>
          <wp:inline distT="0" distB="0" distL="0" distR="0" wp14:anchorId="5A8F8781" wp14:editId="4F4E3DD3">
            <wp:extent cx="1073432" cy="152339"/>
            <wp:effectExtent l="0" t="0" r="0" b="0"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.emf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1073432" cy="1523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。求</w:t>
      </w:r>
      <w:r>
        <w:t xml:space="preserve"> </w:t>
      </w:r>
      <w:r>
        <w:rPr>
          <w:noProof/>
        </w:rPr>
        <w:drawing>
          <wp:inline distT="0" distB="0" distL="0" distR="0" wp14:anchorId="07A698F4" wp14:editId="1D467F31">
            <wp:extent cx="80138" cy="69348"/>
            <wp:effectExtent l="0" t="0" r="0" b="0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.emf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80138" cy="693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>、</w:t>
      </w:r>
      <w:r>
        <w:t xml:space="preserve"> </w:t>
      </w:r>
      <w:r>
        <w:rPr>
          <w:noProof/>
        </w:rPr>
        <w:drawing>
          <wp:inline distT="0" distB="0" distL="0" distR="0" wp14:anchorId="348A3745" wp14:editId="35771BF2">
            <wp:extent cx="75895" cy="108850"/>
            <wp:effectExtent l="0" t="0" r="0" b="0"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.emf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75895" cy="108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>分子间的最大势能</w:t>
      </w:r>
      <w:r>
        <w:t xml:space="preserve"> </w:t>
      </w:r>
      <w:r>
        <w:rPr>
          <w:noProof/>
          <w:position w:val="-6"/>
        </w:rPr>
        <w:drawing>
          <wp:inline distT="0" distB="0" distL="0" distR="0" wp14:anchorId="3577F080" wp14:editId="55523351">
            <wp:extent cx="285805" cy="147950"/>
            <wp:effectExtent l="0" t="0" r="0" b="0"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.emf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85805" cy="147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；并利用图丙，结合画图说明分子</w:t>
      </w:r>
      <w:r>
        <w:t xml:space="preserve"> </w:t>
      </w:r>
      <w:r>
        <w:rPr>
          <w:noProof/>
        </w:rPr>
        <w:drawing>
          <wp:inline distT="0" distB="0" distL="0" distR="0" wp14:anchorId="4D879BF1" wp14:editId="66764D82">
            <wp:extent cx="75895" cy="108850"/>
            <wp:effectExtent l="0" t="0" r="0" b="0"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.emf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75895" cy="108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>在</w:t>
      </w:r>
      <w:r>
        <w:t xml:space="preserve"> </w:t>
      </w:r>
      <w:r>
        <w:rPr>
          <w:noProof/>
        </w:rPr>
        <w:drawing>
          <wp:inline distT="0" distB="0" distL="0" distR="0" wp14:anchorId="63884FB6" wp14:editId="7F66F100">
            <wp:extent cx="86210" cy="69348"/>
            <wp:effectExtent l="0" t="0" r="0" b="0"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.emf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86210" cy="693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>轴上的运动范围；</w:t>
      </w:r>
    </w:p>
    <w:p w14:paraId="55A52447" w14:textId="77777777" w:rsidR="002A614A" w:rsidRDefault="00F35244">
      <w:pPr>
        <w:pStyle w:val="ItemSub2QDescSpecialMathIndent"/>
        <w:ind w:left="1201" w:hanging="336"/>
      </w:pPr>
      <w:r>
        <w:rPr>
          <w:rFonts w:ascii="宋体" w:hAnsi="宋体"/>
        </w:rPr>
        <w:t>②</w:t>
      </w:r>
      <w:r>
        <w:t xml:space="preserve"> </w:t>
      </w:r>
      <w:r>
        <w:t>若某固体由大量这种分子组成，当温度升高时，物体体积膨胀。试结合图丙所示的</w:t>
      </w:r>
      <w:r>
        <w:t xml:space="preserve"> </w:t>
      </w:r>
      <w:r>
        <w:rPr>
          <w:noProof/>
          <w:position w:val="-6"/>
        </w:rPr>
        <w:drawing>
          <wp:inline distT="0" distB="0" distL="0" distR="0" wp14:anchorId="2B387ED1" wp14:editId="3165EE78">
            <wp:extent cx="457310" cy="147950"/>
            <wp:effectExtent l="0" t="0" r="0" b="0"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.emf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457310" cy="147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>关系图线，分析说明这种物体受热后体积膨胀的原因。</w:t>
      </w:r>
    </w:p>
    <w:p w14:paraId="3B6DA8B6" w14:textId="77777777" w:rsidR="002A614A" w:rsidRDefault="002A614A">
      <w:bookmarkStart w:id="0" w:name="_GoBack"/>
      <w:bookmarkEnd w:id="0"/>
    </w:p>
    <w:sectPr w:rsidR="002A614A" w:rsidSect="00863921">
      <w:footerReference w:type="default" r:id="rId27"/>
      <w:pgSz w:w="12240" w:h="15840"/>
      <w:pgMar w:top="1134" w:right="1418" w:bottom="1134" w:left="1418" w:header="720" w:footer="56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D2C9D0" w14:textId="77777777" w:rsidR="00F35244" w:rsidRDefault="00F35244" w:rsidP="00BA1576">
      <w:pPr>
        <w:spacing w:line="240" w:lineRule="auto"/>
      </w:pPr>
      <w:r>
        <w:separator/>
      </w:r>
    </w:p>
  </w:endnote>
  <w:endnote w:type="continuationSeparator" w:id="0">
    <w:p w14:paraId="5B157C8D" w14:textId="77777777" w:rsidR="00F35244" w:rsidRDefault="00F35244" w:rsidP="00BA157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0B8A52" w14:textId="77777777" w:rsidR="00B84753" w:rsidRPr="00B509F4" w:rsidRDefault="00B84753" w:rsidP="00863921">
    <w:pPr>
      <w:pStyle w:val="affd"/>
      <w:jc w:val="center"/>
      <w:rPr>
        <w:color w:val="404040" w:themeColor="text1" w:themeTint="BF"/>
        <w:sz w:val="15"/>
        <w:szCs w:val="15"/>
      </w:rPr>
    </w:pPr>
    <w:r w:rsidRPr="00B509F4">
      <w:rPr>
        <w:rFonts w:hint="eastAsia"/>
        <w:color w:val="404040" w:themeColor="text1" w:themeTint="BF"/>
        <w:sz w:val="15"/>
        <w:szCs w:val="15"/>
      </w:rPr>
      <w:t>第</w:t>
    </w:r>
    <w:r w:rsidR="00D5170B" w:rsidRPr="00B509F4">
      <w:rPr>
        <w:color w:val="404040" w:themeColor="text1" w:themeTint="BF"/>
        <w:sz w:val="15"/>
        <w:szCs w:val="15"/>
      </w:rPr>
      <w:fldChar w:fldCharType="begin"/>
    </w:r>
    <w:r w:rsidR="00863921" w:rsidRPr="00B509F4">
      <w:rPr>
        <w:color w:val="404040" w:themeColor="text1" w:themeTint="BF"/>
        <w:sz w:val="15"/>
        <w:szCs w:val="15"/>
      </w:rPr>
      <w:instrText xml:space="preserve"> PAGE   \* MERGEFORMAT </w:instrText>
    </w:r>
    <w:r w:rsidR="00D5170B" w:rsidRPr="00B509F4">
      <w:rPr>
        <w:color w:val="404040" w:themeColor="text1" w:themeTint="BF"/>
        <w:sz w:val="15"/>
        <w:szCs w:val="15"/>
      </w:rPr>
      <w:fldChar w:fldCharType="separate"/>
    </w:r>
    <w:r w:rsidR="007A41A0">
      <w:rPr>
        <w:noProof/>
        <w:color w:val="404040" w:themeColor="text1" w:themeTint="BF"/>
        <w:sz w:val="15"/>
        <w:szCs w:val="15"/>
      </w:rPr>
      <w:t>1</w:t>
    </w:r>
    <w:r w:rsidR="00D5170B" w:rsidRPr="00B509F4">
      <w:rPr>
        <w:color w:val="404040" w:themeColor="text1" w:themeTint="BF"/>
        <w:sz w:val="15"/>
        <w:szCs w:val="15"/>
      </w:rPr>
      <w:fldChar w:fldCharType="end"/>
    </w:r>
    <w:r w:rsidRPr="00B509F4">
      <w:rPr>
        <w:rFonts w:hint="eastAsia"/>
        <w:color w:val="404040" w:themeColor="text1" w:themeTint="BF"/>
        <w:sz w:val="15"/>
        <w:szCs w:val="15"/>
      </w:rPr>
      <w:t>页（共</w:t>
    </w:r>
    <w:r w:rsidR="00F35244">
      <w:fldChar w:fldCharType="begin"/>
    </w:r>
    <w:r w:rsidR="00F35244">
      <w:instrText xml:space="preserve"> NUMPAGES   \* MERGEFORMAT </w:instrText>
    </w:r>
    <w:r w:rsidR="00F35244">
      <w:fldChar w:fldCharType="separate"/>
    </w:r>
    <w:r w:rsidR="007A41A0" w:rsidRPr="007A41A0">
      <w:rPr>
        <w:noProof/>
        <w:color w:val="404040" w:themeColor="text1" w:themeTint="BF"/>
        <w:sz w:val="15"/>
        <w:szCs w:val="15"/>
      </w:rPr>
      <w:t>1</w:t>
    </w:r>
    <w:r w:rsidR="00F35244">
      <w:rPr>
        <w:noProof/>
        <w:color w:val="404040" w:themeColor="text1" w:themeTint="BF"/>
        <w:sz w:val="15"/>
        <w:szCs w:val="15"/>
      </w:rPr>
      <w:fldChar w:fldCharType="end"/>
    </w:r>
    <w:r w:rsidR="00863921" w:rsidRPr="00B509F4">
      <w:rPr>
        <w:rFonts w:hint="eastAsia"/>
        <w:color w:val="404040" w:themeColor="text1" w:themeTint="BF"/>
        <w:sz w:val="15"/>
        <w:szCs w:val="15"/>
      </w:rPr>
      <w:t xml:space="preserve"> </w:t>
    </w:r>
    <w:r w:rsidRPr="00B509F4">
      <w:rPr>
        <w:rFonts w:hint="eastAsia"/>
        <w:color w:val="404040" w:themeColor="text1" w:themeTint="BF"/>
        <w:sz w:val="15"/>
        <w:szCs w:val="15"/>
      </w:rPr>
      <w:t>页）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2E43B8" w14:textId="77777777" w:rsidR="00F35244" w:rsidRDefault="00F35244" w:rsidP="00BA1576">
      <w:pPr>
        <w:spacing w:line="240" w:lineRule="auto"/>
      </w:pPr>
      <w:r>
        <w:separator/>
      </w:r>
    </w:p>
  </w:footnote>
  <w:footnote w:type="continuationSeparator" w:id="0">
    <w:p w14:paraId="14E15FAA" w14:textId="77777777" w:rsidR="00F35244" w:rsidRDefault="00F35244" w:rsidP="00BA157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3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2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71621F94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720"/>
  <w:drawingGridHorizontalSpacing w:val="105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47730"/>
    <w:rsid w:val="000019C2"/>
    <w:rsid w:val="00012353"/>
    <w:rsid w:val="0002281A"/>
    <w:rsid w:val="00034616"/>
    <w:rsid w:val="000376E0"/>
    <w:rsid w:val="00037F27"/>
    <w:rsid w:val="00053416"/>
    <w:rsid w:val="0006063C"/>
    <w:rsid w:val="00093808"/>
    <w:rsid w:val="000971A0"/>
    <w:rsid w:val="000A7AF2"/>
    <w:rsid w:val="000D156B"/>
    <w:rsid w:val="00122E26"/>
    <w:rsid w:val="0015074B"/>
    <w:rsid w:val="001639EC"/>
    <w:rsid w:val="001927C4"/>
    <w:rsid w:val="001B548B"/>
    <w:rsid w:val="001C1A56"/>
    <w:rsid w:val="001F22AC"/>
    <w:rsid w:val="00204A10"/>
    <w:rsid w:val="00205730"/>
    <w:rsid w:val="00224530"/>
    <w:rsid w:val="0023708C"/>
    <w:rsid w:val="00243DE0"/>
    <w:rsid w:val="0026345D"/>
    <w:rsid w:val="00266727"/>
    <w:rsid w:val="0029639D"/>
    <w:rsid w:val="002A614A"/>
    <w:rsid w:val="002B11D7"/>
    <w:rsid w:val="002B6E67"/>
    <w:rsid w:val="002D3194"/>
    <w:rsid w:val="002D5F44"/>
    <w:rsid w:val="002E2E63"/>
    <w:rsid w:val="002E6F59"/>
    <w:rsid w:val="002E74CA"/>
    <w:rsid w:val="003232E3"/>
    <w:rsid w:val="00326F90"/>
    <w:rsid w:val="00342B83"/>
    <w:rsid w:val="00350EFD"/>
    <w:rsid w:val="00366B59"/>
    <w:rsid w:val="00385391"/>
    <w:rsid w:val="0039453C"/>
    <w:rsid w:val="00397A58"/>
    <w:rsid w:val="003A4344"/>
    <w:rsid w:val="003B5CB1"/>
    <w:rsid w:val="003F0BC5"/>
    <w:rsid w:val="003F4386"/>
    <w:rsid w:val="00404DE3"/>
    <w:rsid w:val="00424EF0"/>
    <w:rsid w:val="00431312"/>
    <w:rsid w:val="0044545B"/>
    <w:rsid w:val="0045313E"/>
    <w:rsid w:val="00464FC0"/>
    <w:rsid w:val="00496A41"/>
    <w:rsid w:val="004A4589"/>
    <w:rsid w:val="004B44D7"/>
    <w:rsid w:val="004D0685"/>
    <w:rsid w:val="004F41DD"/>
    <w:rsid w:val="00503B00"/>
    <w:rsid w:val="0052329D"/>
    <w:rsid w:val="00547AAC"/>
    <w:rsid w:val="005A0AAD"/>
    <w:rsid w:val="005A33F8"/>
    <w:rsid w:val="005D7DDF"/>
    <w:rsid w:val="00603BDE"/>
    <w:rsid w:val="00605C4F"/>
    <w:rsid w:val="00611C47"/>
    <w:rsid w:val="00630462"/>
    <w:rsid w:val="00674862"/>
    <w:rsid w:val="006B0AC7"/>
    <w:rsid w:val="006B4C18"/>
    <w:rsid w:val="006C190E"/>
    <w:rsid w:val="00711FDD"/>
    <w:rsid w:val="00727A70"/>
    <w:rsid w:val="007304BC"/>
    <w:rsid w:val="007459F2"/>
    <w:rsid w:val="00750D9B"/>
    <w:rsid w:val="00796537"/>
    <w:rsid w:val="007A41A0"/>
    <w:rsid w:val="007A6CC0"/>
    <w:rsid w:val="007D0D28"/>
    <w:rsid w:val="007E284F"/>
    <w:rsid w:val="007F4376"/>
    <w:rsid w:val="00800D21"/>
    <w:rsid w:val="008451DB"/>
    <w:rsid w:val="00863921"/>
    <w:rsid w:val="008A289C"/>
    <w:rsid w:val="008F4AB6"/>
    <w:rsid w:val="00901E01"/>
    <w:rsid w:val="009023F2"/>
    <w:rsid w:val="009268A8"/>
    <w:rsid w:val="009325E3"/>
    <w:rsid w:val="0094797A"/>
    <w:rsid w:val="0097018F"/>
    <w:rsid w:val="00975257"/>
    <w:rsid w:val="009877E0"/>
    <w:rsid w:val="00990000"/>
    <w:rsid w:val="009C6A8B"/>
    <w:rsid w:val="00A02915"/>
    <w:rsid w:val="00A06F41"/>
    <w:rsid w:val="00A7389D"/>
    <w:rsid w:val="00AA1D8D"/>
    <w:rsid w:val="00AA3E2B"/>
    <w:rsid w:val="00AA604B"/>
    <w:rsid w:val="00AB2168"/>
    <w:rsid w:val="00AB7EFB"/>
    <w:rsid w:val="00AF10D6"/>
    <w:rsid w:val="00AF7FAD"/>
    <w:rsid w:val="00B211BE"/>
    <w:rsid w:val="00B21E61"/>
    <w:rsid w:val="00B36187"/>
    <w:rsid w:val="00B47730"/>
    <w:rsid w:val="00B509F4"/>
    <w:rsid w:val="00B652A4"/>
    <w:rsid w:val="00B741A2"/>
    <w:rsid w:val="00B84753"/>
    <w:rsid w:val="00BA1576"/>
    <w:rsid w:val="00BB4A83"/>
    <w:rsid w:val="00BC182D"/>
    <w:rsid w:val="00BD70A2"/>
    <w:rsid w:val="00BF45C9"/>
    <w:rsid w:val="00C0075A"/>
    <w:rsid w:val="00C10270"/>
    <w:rsid w:val="00C23454"/>
    <w:rsid w:val="00C43BF8"/>
    <w:rsid w:val="00C66008"/>
    <w:rsid w:val="00CB0664"/>
    <w:rsid w:val="00CC4F8A"/>
    <w:rsid w:val="00D10EF7"/>
    <w:rsid w:val="00D174C6"/>
    <w:rsid w:val="00D2111E"/>
    <w:rsid w:val="00D2521D"/>
    <w:rsid w:val="00D32C33"/>
    <w:rsid w:val="00D42E5E"/>
    <w:rsid w:val="00D467DA"/>
    <w:rsid w:val="00D5170B"/>
    <w:rsid w:val="00D57A06"/>
    <w:rsid w:val="00DA150C"/>
    <w:rsid w:val="00DB07EE"/>
    <w:rsid w:val="00DB4BD9"/>
    <w:rsid w:val="00DD5DD8"/>
    <w:rsid w:val="00DE1323"/>
    <w:rsid w:val="00DE360E"/>
    <w:rsid w:val="00DF6DA5"/>
    <w:rsid w:val="00E05241"/>
    <w:rsid w:val="00E07535"/>
    <w:rsid w:val="00E12382"/>
    <w:rsid w:val="00E25908"/>
    <w:rsid w:val="00E35040"/>
    <w:rsid w:val="00E452DB"/>
    <w:rsid w:val="00E51EBD"/>
    <w:rsid w:val="00E5545E"/>
    <w:rsid w:val="00EA1143"/>
    <w:rsid w:val="00EA68A9"/>
    <w:rsid w:val="00EE7AC0"/>
    <w:rsid w:val="00F06F76"/>
    <w:rsid w:val="00F35244"/>
    <w:rsid w:val="00F357B9"/>
    <w:rsid w:val="00F507FA"/>
    <w:rsid w:val="00F768C7"/>
    <w:rsid w:val="00FB111D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86A7D9F"/>
  <w15:docId w15:val="{264457F1-021B-4407-A791-A3AFC4DDA8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1"/>
        <w:szCs w:val="21"/>
        <w:lang w:val="en-US" w:eastAsia="zh-CN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1">
    <w:name w:val="Normal"/>
    <w:qFormat/>
    <w:rsid w:val="002D5F44"/>
  </w:style>
  <w:style w:type="paragraph" w:styleId="1">
    <w:name w:val="heading 1"/>
    <w:basedOn w:val="a1"/>
    <w:next w:val="a1"/>
    <w:link w:val="10"/>
    <w:uiPriority w:val="9"/>
    <w:qFormat/>
    <w:rsid w:val="00FC693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30"/>
      <w:szCs w:val="30"/>
    </w:rPr>
  </w:style>
  <w:style w:type="paragraph" w:styleId="21">
    <w:name w:val="heading 2"/>
    <w:basedOn w:val="a1"/>
    <w:next w:val="a1"/>
    <w:link w:val="22"/>
    <w:uiPriority w:val="9"/>
    <w:unhideWhenUsed/>
    <w:rsid w:val="00800D21"/>
    <w:pPr>
      <w:keepNext/>
      <w:keepLines/>
      <w:pageBreakBefore/>
      <w:spacing w:before="200"/>
      <w:jc w:val="center"/>
      <w:outlineLvl w:val="1"/>
    </w:pPr>
    <w:rPr>
      <w:rFonts w:asciiTheme="majorHAnsi" w:hAnsiTheme="majorHAnsi" w:cstheme="majorBidi"/>
      <w:b/>
      <w:bCs/>
      <w:sz w:val="28"/>
      <w:szCs w:val="28"/>
    </w:rPr>
  </w:style>
  <w:style w:type="paragraph" w:styleId="31">
    <w:name w:val="heading 3"/>
    <w:basedOn w:val="a1"/>
    <w:next w:val="a1"/>
    <w:link w:val="32"/>
    <w:uiPriority w:val="9"/>
    <w:unhideWhenUsed/>
    <w:qFormat/>
    <w:rsid w:val="002B11D7"/>
    <w:pPr>
      <w:keepNext/>
      <w:keepLines/>
      <w:spacing w:before="200"/>
      <w:jc w:val="center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1"/>
    <w:next w:val="a1"/>
    <w:link w:val="40"/>
    <w:uiPriority w:val="9"/>
    <w:unhideWhenUsed/>
    <w:qFormat/>
    <w:rsid w:val="00FC693F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1"/>
    <w:next w:val="a1"/>
    <w:link w:val="50"/>
    <w:uiPriority w:val="9"/>
    <w:unhideWhenUsed/>
    <w:qFormat/>
    <w:rsid w:val="00FC693F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1"/>
    <w:next w:val="a1"/>
    <w:link w:val="60"/>
    <w:uiPriority w:val="9"/>
    <w:semiHidden/>
    <w:unhideWhenUsed/>
    <w:qFormat/>
    <w:rsid w:val="00FC693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1"/>
    <w:next w:val="a1"/>
    <w:link w:val="70"/>
    <w:uiPriority w:val="9"/>
    <w:semiHidden/>
    <w:unhideWhenUsed/>
    <w:qFormat/>
    <w:rsid w:val="00FC693F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FC693F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1"/>
    <w:next w:val="a1"/>
    <w:link w:val="90"/>
    <w:uiPriority w:val="9"/>
    <w:semiHidden/>
    <w:unhideWhenUsed/>
    <w:qFormat/>
    <w:rsid w:val="00FC693F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No Spacing"/>
    <w:uiPriority w:val="1"/>
    <w:qFormat/>
    <w:rsid w:val="00FC693F"/>
    <w:pPr>
      <w:spacing w:line="240" w:lineRule="auto"/>
    </w:pPr>
  </w:style>
  <w:style w:type="character" w:customStyle="1" w:styleId="10">
    <w:name w:val="标题 1 字符"/>
    <w:basedOn w:val="a2"/>
    <w:link w:val="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30"/>
      <w:szCs w:val="30"/>
    </w:rPr>
  </w:style>
  <w:style w:type="character" w:customStyle="1" w:styleId="22">
    <w:name w:val="标题 2 字符"/>
    <w:basedOn w:val="a2"/>
    <w:link w:val="21"/>
    <w:uiPriority w:val="9"/>
    <w:rsid w:val="00800D21"/>
    <w:rPr>
      <w:rFonts w:asciiTheme="majorHAnsi" w:hAnsiTheme="majorHAnsi" w:cstheme="majorBidi"/>
      <w:b/>
      <w:bCs/>
      <w:sz w:val="28"/>
      <w:szCs w:val="28"/>
    </w:rPr>
  </w:style>
  <w:style w:type="character" w:customStyle="1" w:styleId="32">
    <w:name w:val="标题 3 字符"/>
    <w:basedOn w:val="a2"/>
    <w:link w:val="31"/>
    <w:uiPriority w:val="9"/>
    <w:rsid w:val="002B11D7"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a6">
    <w:name w:val="Title"/>
    <w:basedOn w:val="a1"/>
    <w:next w:val="a1"/>
    <w:link w:val="a7"/>
    <w:uiPriority w:val="10"/>
    <w:rsid w:val="00DE360E"/>
    <w:pPr>
      <w:pBdr>
        <w:bottom w:val="single" w:sz="8" w:space="1" w:color="auto"/>
      </w:pBdr>
      <w:spacing w:after="300" w:line="240" w:lineRule="auto"/>
      <w:contextualSpacing/>
      <w:jc w:val="center"/>
    </w:pPr>
    <w:rPr>
      <w:rFonts w:asciiTheme="majorHAnsi" w:eastAsiaTheme="majorEastAsia" w:hAnsiTheme="majorHAnsi" w:cstheme="majorBidi"/>
      <w:spacing w:val="5"/>
      <w:kern w:val="28"/>
      <w:sz w:val="32"/>
      <w:szCs w:val="52"/>
    </w:rPr>
  </w:style>
  <w:style w:type="character" w:customStyle="1" w:styleId="a7">
    <w:name w:val="标题 字符"/>
    <w:basedOn w:val="a2"/>
    <w:link w:val="a6"/>
    <w:uiPriority w:val="10"/>
    <w:rsid w:val="00DE360E"/>
    <w:rPr>
      <w:rFonts w:asciiTheme="majorHAnsi" w:eastAsiaTheme="majorEastAsia" w:hAnsiTheme="majorHAnsi" w:cstheme="majorBidi"/>
      <w:spacing w:val="5"/>
      <w:kern w:val="28"/>
      <w:sz w:val="32"/>
      <w:szCs w:val="52"/>
    </w:rPr>
  </w:style>
  <w:style w:type="paragraph" w:styleId="a8">
    <w:name w:val="Subtitle"/>
    <w:basedOn w:val="a1"/>
    <w:next w:val="a1"/>
    <w:link w:val="a9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9">
    <w:name w:val="副标题 字符"/>
    <w:basedOn w:val="a2"/>
    <w:link w:val="a8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a">
    <w:name w:val="List Paragraph"/>
    <w:basedOn w:val="a1"/>
    <w:uiPriority w:val="34"/>
    <w:qFormat/>
    <w:rsid w:val="00FC693F"/>
    <w:pPr>
      <w:ind w:left="720"/>
      <w:contextualSpacing/>
    </w:pPr>
  </w:style>
  <w:style w:type="paragraph" w:styleId="ab">
    <w:name w:val="Body Text"/>
    <w:basedOn w:val="a1"/>
    <w:link w:val="ac"/>
    <w:uiPriority w:val="99"/>
    <w:unhideWhenUsed/>
    <w:rsid w:val="00AA1D8D"/>
    <w:pPr>
      <w:spacing w:after="120"/>
    </w:pPr>
  </w:style>
  <w:style w:type="character" w:customStyle="1" w:styleId="ac">
    <w:name w:val="正文文本 字符"/>
    <w:basedOn w:val="a2"/>
    <w:link w:val="ab"/>
    <w:uiPriority w:val="99"/>
    <w:rsid w:val="00AA1D8D"/>
  </w:style>
  <w:style w:type="paragraph" w:styleId="23">
    <w:name w:val="Body Text 2"/>
    <w:basedOn w:val="a1"/>
    <w:link w:val="24"/>
    <w:uiPriority w:val="99"/>
    <w:unhideWhenUsed/>
    <w:rsid w:val="00AA1D8D"/>
    <w:pPr>
      <w:spacing w:after="120" w:line="480" w:lineRule="auto"/>
    </w:pPr>
  </w:style>
  <w:style w:type="character" w:customStyle="1" w:styleId="24">
    <w:name w:val="正文文本 2 字符"/>
    <w:basedOn w:val="a2"/>
    <w:link w:val="23"/>
    <w:uiPriority w:val="99"/>
    <w:rsid w:val="00AA1D8D"/>
  </w:style>
  <w:style w:type="paragraph" w:styleId="33">
    <w:name w:val="Body Text 3"/>
    <w:basedOn w:val="a1"/>
    <w:link w:val="34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34">
    <w:name w:val="正文文本 3 字符"/>
    <w:basedOn w:val="a2"/>
    <w:link w:val="33"/>
    <w:uiPriority w:val="99"/>
    <w:rsid w:val="00AA1D8D"/>
    <w:rPr>
      <w:sz w:val="16"/>
      <w:szCs w:val="16"/>
    </w:rPr>
  </w:style>
  <w:style w:type="paragraph" w:customStyle="1" w:styleId="ad">
    <w:name w:val="题干"/>
    <w:basedOn w:val="a1"/>
    <w:next w:val="a1"/>
    <w:link w:val="ItemStemChar"/>
    <w:uiPriority w:val="8"/>
    <w:qFormat/>
    <w:rsid w:val="00BC48D5"/>
  </w:style>
  <w:style w:type="character" w:customStyle="1" w:styleId="ItemStemChar">
    <w:name w:val="Item Stem Char"/>
    <w:basedOn w:val="a2"/>
    <w:link w:val="ad"/>
    <w:rsid w:val="00BC48D5"/>
  </w:style>
  <w:style w:type="paragraph" w:customStyle="1" w:styleId="ae">
    <w:name w:val="小题描述"/>
    <w:basedOn w:val="a1"/>
    <w:next w:val="a1"/>
    <w:link w:val="ItemQuestionDescChar"/>
    <w:uiPriority w:val="8"/>
    <w:qFormat/>
    <w:rsid w:val="00BC48D5"/>
    <w:rPr>
      <w:bCs/>
    </w:rPr>
  </w:style>
  <w:style w:type="character" w:customStyle="1" w:styleId="ItemQuestionDescChar">
    <w:name w:val="Item Question Desc Char"/>
    <w:basedOn w:val="a2"/>
    <w:link w:val="ae"/>
    <w:rsid w:val="00BC48D5"/>
    <w:rPr>
      <w:bCs/>
    </w:rPr>
  </w:style>
  <w:style w:type="paragraph" w:customStyle="1" w:styleId="af">
    <w:name w:val="小题选项"/>
    <w:basedOn w:val="a1"/>
    <w:link w:val="ItemQuestionOptsChar"/>
    <w:uiPriority w:val="8"/>
    <w:qFormat/>
    <w:rsid w:val="00BC48D5"/>
  </w:style>
  <w:style w:type="character" w:customStyle="1" w:styleId="ItemQuestionOptsChar">
    <w:name w:val="Item Question Opts Char"/>
    <w:basedOn w:val="a2"/>
    <w:link w:val="af"/>
    <w:rsid w:val="00BC48D5"/>
  </w:style>
  <w:style w:type="paragraph" w:customStyle="1" w:styleId="af0">
    <w:name w:val="答案"/>
    <w:basedOn w:val="a1"/>
    <w:link w:val="ItemAnswerChar"/>
    <w:uiPriority w:val="8"/>
    <w:qFormat/>
    <w:rsid w:val="00BC48D5"/>
    <w:pPr>
      <w:spacing w:line="240" w:lineRule="auto"/>
    </w:pPr>
  </w:style>
  <w:style w:type="character" w:customStyle="1" w:styleId="ItemAnswerChar">
    <w:name w:val="Item Answer Char"/>
    <w:basedOn w:val="a2"/>
    <w:link w:val="af0"/>
    <w:rsid w:val="00BC48D5"/>
  </w:style>
  <w:style w:type="paragraph" w:styleId="af1">
    <w:name w:val="List"/>
    <w:basedOn w:val="a1"/>
    <w:uiPriority w:val="99"/>
    <w:unhideWhenUsed/>
    <w:rsid w:val="00AA1D8D"/>
    <w:pPr>
      <w:ind w:left="360" w:hanging="360"/>
      <w:contextualSpacing/>
    </w:pPr>
  </w:style>
  <w:style w:type="paragraph" w:styleId="25">
    <w:name w:val="List 2"/>
    <w:basedOn w:val="a1"/>
    <w:uiPriority w:val="99"/>
    <w:unhideWhenUsed/>
    <w:rsid w:val="00326F90"/>
    <w:pPr>
      <w:ind w:left="720" w:hanging="360"/>
      <w:contextualSpacing/>
    </w:pPr>
  </w:style>
  <w:style w:type="paragraph" w:styleId="35">
    <w:name w:val="List 3"/>
    <w:basedOn w:val="a1"/>
    <w:uiPriority w:val="99"/>
    <w:unhideWhenUsed/>
    <w:rsid w:val="00326F90"/>
    <w:pPr>
      <w:ind w:left="1080" w:hanging="360"/>
      <w:contextualSpacing/>
    </w:pPr>
  </w:style>
  <w:style w:type="paragraph" w:styleId="a0">
    <w:name w:val="List Bullet"/>
    <w:basedOn w:val="a1"/>
    <w:uiPriority w:val="99"/>
    <w:unhideWhenUsed/>
    <w:rsid w:val="00326F90"/>
    <w:pPr>
      <w:numPr>
        <w:numId w:val="1"/>
      </w:numPr>
      <w:contextualSpacing/>
    </w:pPr>
  </w:style>
  <w:style w:type="paragraph" w:styleId="20">
    <w:name w:val="List Bullet 2"/>
    <w:basedOn w:val="a1"/>
    <w:uiPriority w:val="99"/>
    <w:unhideWhenUsed/>
    <w:rsid w:val="00326F90"/>
    <w:pPr>
      <w:numPr>
        <w:numId w:val="2"/>
      </w:numPr>
      <w:contextualSpacing/>
    </w:pPr>
  </w:style>
  <w:style w:type="paragraph" w:styleId="30">
    <w:name w:val="List Bullet 3"/>
    <w:basedOn w:val="a1"/>
    <w:uiPriority w:val="99"/>
    <w:unhideWhenUsed/>
    <w:rsid w:val="00326F90"/>
    <w:pPr>
      <w:numPr>
        <w:numId w:val="3"/>
      </w:numPr>
      <w:contextualSpacing/>
    </w:pPr>
  </w:style>
  <w:style w:type="paragraph" w:styleId="a">
    <w:name w:val="List Number"/>
    <w:basedOn w:val="a1"/>
    <w:uiPriority w:val="99"/>
    <w:unhideWhenUsed/>
    <w:rsid w:val="00326F90"/>
    <w:pPr>
      <w:numPr>
        <w:numId w:val="5"/>
      </w:numPr>
      <w:contextualSpacing/>
    </w:pPr>
  </w:style>
  <w:style w:type="paragraph" w:styleId="2">
    <w:name w:val="List Number 2"/>
    <w:basedOn w:val="a1"/>
    <w:uiPriority w:val="99"/>
    <w:unhideWhenUsed/>
    <w:rsid w:val="0029639D"/>
    <w:pPr>
      <w:numPr>
        <w:numId w:val="6"/>
      </w:numPr>
      <w:contextualSpacing/>
    </w:pPr>
  </w:style>
  <w:style w:type="paragraph" w:styleId="3">
    <w:name w:val="List Number 3"/>
    <w:basedOn w:val="a1"/>
    <w:uiPriority w:val="99"/>
    <w:unhideWhenUsed/>
    <w:rsid w:val="0029639D"/>
    <w:pPr>
      <w:numPr>
        <w:numId w:val="7"/>
      </w:numPr>
      <w:contextualSpacing/>
    </w:pPr>
  </w:style>
  <w:style w:type="paragraph" w:styleId="af2">
    <w:name w:val="List Continue"/>
    <w:basedOn w:val="a1"/>
    <w:uiPriority w:val="99"/>
    <w:unhideWhenUsed/>
    <w:rsid w:val="0029639D"/>
    <w:pPr>
      <w:spacing w:after="120"/>
      <w:ind w:left="360"/>
      <w:contextualSpacing/>
    </w:pPr>
  </w:style>
  <w:style w:type="paragraph" w:styleId="26">
    <w:name w:val="List Continue 2"/>
    <w:basedOn w:val="a1"/>
    <w:uiPriority w:val="99"/>
    <w:unhideWhenUsed/>
    <w:rsid w:val="0029639D"/>
    <w:pPr>
      <w:spacing w:after="120"/>
      <w:ind w:left="720"/>
      <w:contextualSpacing/>
    </w:pPr>
  </w:style>
  <w:style w:type="paragraph" w:styleId="36">
    <w:name w:val="List Continue 3"/>
    <w:basedOn w:val="a1"/>
    <w:uiPriority w:val="99"/>
    <w:unhideWhenUsed/>
    <w:rsid w:val="0029639D"/>
    <w:pPr>
      <w:spacing w:after="120"/>
      <w:ind w:left="1080"/>
      <w:contextualSpacing/>
    </w:pPr>
  </w:style>
  <w:style w:type="paragraph" w:styleId="af3">
    <w:name w:val="macro"/>
    <w:link w:val="af4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af4">
    <w:name w:val="宏文本 字符"/>
    <w:basedOn w:val="a2"/>
    <w:link w:val="af3"/>
    <w:uiPriority w:val="99"/>
    <w:rsid w:val="0029639D"/>
    <w:rPr>
      <w:rFonts w:ascii="Courier" w:hAnsi="Courier"/>
      <w:sz w:val="20"/>
      <w:szCs w:val="20"/>
    </w:rPr>
  </w:style>
  <w:style w:type="paragraph" w:styleId="af5">
    <w:name w:val="Quote"/>
    <w:basedOn w:val="a1"/>
    <w:next w:val="a1"/>
    <w:link w:val="af6"/>
    <w:uiPriority w:val="29"/>
    <w:qFormat/>
    <w:rsid w:val="00FC693F"/>
    <w:rPr>
      <w:i/>
      <w:iCs/>
      <w:color w:val="000000" w:themeColor="text1"/>
    </w:rPr>
  </w:style>
  <w:style w:type="character" w:customStyle="1" w:styleId="af6">
    <w:name w:val="引用 字符"/>
    <w:basedOn w:val="a2"/>
    <w:link w:val="af5"/>
    <w:uiPriority w:val="29"/>
    <w:rsid w:val="00FC693F"/>
    <w:rPr>
      <w:i/>
      <w:iCs/>
      <w:color w:val="000000" w:themeColor="text1"/>
    </w:rPr>
  </w:style>
  <w:style w:type="character" w:customStyle="1" w:styleId="40">
    <w:name w:val="标题 4 字符"/>
    <w:basedOn w:val="a2"/>
    <w:link w:val="4"/>
    <w:uiPriority w:val="9"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标题 5 字符"/>
    <w:basedOn w:val="a2"/>
    <w:link w:val="5"/>
    <w:uiPriority w:val="9"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标题 6 字符"/>
    <w:basedOn w:val="a2"/>
    <w:link w:val="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标题 7 字符"/>
    <w:basedOn w:val="a2"/>
    <w:link w:val="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标题 8 字符"/>
    <w:basedOn w:val="a2"/>
    <w:link w:val="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标题 9 字符"/>
    <w:basedOn w:val="a2"/>
    <w:link w:val="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f7">
    <w:name w:val="caption"/>
    <w:basedOn w:val="a1"/>
    <w:next w:val="a1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af8">
    <w:name w:val="Strong"/>
    <w:basedOn w:val="a2"/>
    <w:uiPriority w:val="22"/>
    <w:qFormat/>
    <w:rsid w:val="00FC693F"/>
    <w:rPr>
      <w:b/>
      <w:bCs/>
    </w:rPr>
  </w:style>
  <w:style w:type="character" w:styleId="af9">
    <w:name w:val="Emphasis"/>
    <w:basedOn w:val="a2"/>
    <w:uiPriority w:val="20"/>
    <w:qFormat/>
    <w:rsid w:val="00FC693F"/>
    <w:rPr>
      <w:i/>
      <w:iCs/>
    </w:rPr>
  </w:style>
  <w:style w:type="paragraph" w:styleId="afa">
    <w:name w:val="Intense Quote"/>
    <w:basedOn w:val="a1"/>
    <w:next w:val="a1"/>
    <w:link w:val="afb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fb">
    <w:name w:val="明显引用 字符"/>
    <w:basedOn w:val="a2"/>
    <w:link w:val="afa"/>
    <w:uiPriority w:val="30"/>
    <w:rsid w:val="00FC693F"/>
    <w:rPr>
      <w:b/>
      <w:bCs/>
      <w:i/>
      <w:iCs/>
      <w:color w:val="4F81BD" w:themeColor="accent1"/>
    </w:rPr>
  </w:style>
  <w:style w:type="character" w:styleId="afc">
    <w:name w:val="Subtle Emphasis"/>
    <w:basedOn w:val="a2"/>
    <w:uiPriority w:val="19"/>
    <w:qFormat/>
    <w:rsid w:val="00FC693F"/>
    <w:rPr>
      <w:i/>
      <w:iCs/>
      <w:color w:val="808080" w:themeColor="text1" w:themeTint="7F"/>
    </w:rPr>
  </w:style>
  <w:style w:type="character" w:styleId="afd">
    <w:name w:val="Intense Emphasis"/>
    <w:basedOn w:val="a2"/>
    <w:uiPriority w:val="21"/>
    <w:qFormat/>
    <w:rsid w:val="00FC693F"/>
    <w:rPr>
      <w:b/>
      <w:bCs/>
      <w:i/>
      <w:iCs/>
      <w:color w:val="4F81BD" w:themeColor="accent1"/>
    </w:rPr>
  </w:style>
  <w:style w:type="character" w:styleId="afe">
    <w:name w:val="Subtle Reference"/>
    <w:basedOn w:val="a2"/>
    <w:uiPriority w:val="31"/>
    <w:qFormat/>
    <w:rsid w:val="00FC693F"/>
    <w:rPr>
      <w:smallCaps/>
      <w:color w:val="C0504D" w:themeColor="accent2"/>
      <w:u w:val="single"/>
    </w:rPr>
  </w:style>
  <w:style w:type="character" w:styleId="aff">
    <w:name w:val="Intense Reference"/>
    <w:basedOn w:val="a2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aff0">
    <w:name w:val="Book Title"/>
    <w:basedOn w:val="a2"/>
    <w:uiPriority w:val="33"/>
    <w:qFormat/>
    <w:rsid w:val="00FC693F"/>
    <w:rPr>
      <w:b/>
      <w:bCs/>
      <w:smallCaps/>
      <w:spacing w:val="5"/>
    </w:rPr>
  </w:style>
  <w:style w:type="paragraph" w:styleId="TOC">
    <w:name w:val="TOC Heading"/>
    <w:basedOn w:val="1"/>
    <w:next w:val="a1"/>
    <w:uiPriority w:val="39"/>
    <w:semiHidden/>
    <w:unhideWhenUsed/>
    <w:qFormat/>
    <w:rsid w:val="00FC693F"/>
    <w:pPr>
      <w:outlineLvl w:val="9"/>
    </w:pPr>
  </w:style>
  <w:style w:type="table" w:customStyle="1" w:styleId="aff1">
    <w:name w:val="横排选项"/>
    <w:basedOn w:val="a3"/>
    <w:uiPriority w:val="58"/>
    <w:rsid w:val="00FC693F"/>
    <w:tblPr/>
  </w:style>
  <w:style w:type="table" w:customStyle="1" w:styleId="aff2">
    <w:name w:val="竖排选项"/>
    <w:basedOn w:val="a3"/>
    <w:uiPriority w:val="58"/>
    <w:rsid w:val="00FC693F"/>
    <w:tblPr/>
  </w:style>
  <w:style w:type="table" w:styleId="aff3">
    <w:name w:val="Table Grid"/>
    <w:basedOn w:val="a3"/>
    <w:uiPriority w:val="59"/>
    <w:rsid w:val="00FC693F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f4">
    <w:name w:val="Light Shading"/>
    <w:basedOn w:val="a3"/>
    <w:uiPriority w:val="60"/>
    <w:rsid w:val="00FC693F"/>
    <w:pPr>
      <w:spacing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Light Shading Accent 1"/>
    <w:basedOn w:val="a3"/>
    <w:uiPriority w:val="60"/>
    <w:rsid w:val="00FC693F"/>
    <w:pPr>
      <w:spacing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-2">
    <w:name w:val="Light Shading Accent 2"/>
    <w:basedOn w:val="a3"/>
    <w:uiPriority w:val="60"/>
    <w:rsid w:val="00FC693F"/>
    <w:pPr>
      <w:spacing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-3">
    <w:name w:val="Light Shading Accent 3"/>
    <w:basedOn w:val="a3"/>
    <w:uiPriority w:val="60"/>
    <w:rsid w:val="00FC693F"/>
    <w:pPr>
      <w:spacing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-4">
    <w:name w:val="Light Shading Accent 4"/>
    <w:basedOn w:val="a3"/>
    <w:uiPriority w:val="60"/>
    <w:rsid w:val="00FC693F"/>
    <w:pPr>
      <w:spacing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-5">
    <w:name w:val="Light Shading Accent 5"/>
    <w:basedOn w:val="a3"/>
    <w:uiPriority w:val="60"/>
    <w:rsid w:val="00FC693F"/>
    <w:pPr>
      <w:spacing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-6">
    <w:name w:val="Light Shading Accent 6"/>
    <w:basedOn w:val="a3"/>
    <w:uiPriority w:val="60"/>
    <w:rsid w:val="00FC693F"/>
    <w:pPr>
      <w:spacing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aff5">
    <w:name w:val="Light List"/>
    <w:basedOn w:val="a3"/>
    <w:uiPriority w:val="61"/>
    <w:rsid w:val="00FC693F"/>
    <w:pPr>
      <w:spacing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10">
    <w:name w:val="Light List Accent 1"/>
    <w:basedOn w:val="a3"/>
    <w:uiPriority w:val="61"/>
    <w:rsid w:val="00FC693F"/>
    <w:pPr>
      <w:spacing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-20">
    <w:name w:val="Light List Accent 2"/>
    <w:basedOn w:val="a3"/>
    <w:uiPriority w:val="61"/>
    <w:rsid w:val="00CB0664"/>
    <w:pPr>
      <w:spacing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-30">
    <w:name w:val="Light List Accent 3"/>
    <w:basedOn w:val="a3"/>
    <w:uiPriority w:val="61"/>
    <w:rsid w:val="00CB0664"/>
    <w:pPr>
      <w:spacing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-40">
    <w:name w:val="Light List Accent 4"/>
    <w:basedOn w:val="a3"/>
    <w:uiPriority w:val="61"/>
    <w:rsid w:val="00CB0664"/>
    <w:pPr>
      <w:spacing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-50">
    <w:name w:val="Light List Accent 5"/>
    <w:basedOn w:val="a3"/>
    <w:uiPriority w:val="61"/>
    <w:rsid w:val="00CB0664"/>
    <w:pPr>
      <w:spacing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-60">
    <w:name w:val="Light List Accent 6"/>
    <w:basedOn w:val="a3"/>
    <w:uiPriority w:val="61"/>
    <w:rsid w:val="00CB0664"/>
    <w:pPr>
      <w:spacing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aff6">
    <w:name w:val="Light Grid"/>
    <w:basedOn w:val="a3"/>
    <w:uiPriority w:val="62"/>
    <w:rsid w:val="00CB0664"/>
    <w:pPr>
      <w:spacing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11">
    <w:name w:val="Light Grid Accent 1"/>
    <w:basedOn w:val="a3"/>
    <w:uiPriority w:val="62"/>
    <w:rsid w:val="00CB0664"/>
    <w:pPr>
      <w:spacing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-21">
    <w:name w:val="Light Grid Accent 2"/>
    <w:basedOn w:val="a3"/>
    <w:uiPriority w:val="62"/>
    <w:rsid w:val="00CB0664"/>
    <w:pPr>
      <w:spacing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-31">
    <w:name w:val="Light Grid Accent 3"/>
    <w:basedOn w:val="a3"/>
    <w:uiPriority w:val="62"/>
    <w:rsid w:val="00CB0664"/>
    <w:pPr>
      <w:spacing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-41">
    <w:name w:val="Light Grid Accent 4"/>
    <w:basedOn w:val="a3"/>
    <w:uiPriority w:val="62"/>
    <w:rsid w:val="00CB0664"/>
    <w:pPr>
      <w:spacing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-51">
    <w:name w:val="Light Grid Accent 5"/>
    <w:basedOn w:val="a3"/>
    <w:uiPriority w:val="62"/>
    <w:rsid w:val="00CB0664"/>
    <w:pPr>
      <w:spacing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-61">
    <w:name w:val="Light Grid Accent 6"/>
    <w:basedOn w:val="a3"/>
    <w:uiPriority w:val="62"/>
    <w:rsid w:val="00CB0664"/>
    <w:pPr>
      <w:spacing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11">
    <w:name w:val="Medium Shading 1"/>
    <w:basedOn w:val="a3"/>
    <w:uiPriority w:val="63"/>
    <w:rsid w:val="00CB0664"/>
    <w:pPr>
      <w:spacing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3"/>
    <w:uiPriority w:val="63"/>
    <w:rsid w:val="00CB0664"/>
    <w:pPr>
      <w:spacing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2">
    <w:name w:val="Medium Shading 1 Accent 2"/>
    <w:basedOn w:val="a3"/>
    <w:uiPriority w:val="63"/>
    <w:rsid w:val="00CB0664"/>
    <w:pPr>
      <w:spacing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3">
    <w:name w:val="Medium Shading 1 Accent 3"/>
    <w:basedOn w:val="a3"/>
    <w:uiPriority w:val="63"/>
    <w:rsid w:val="00CB0664"/>
    <w:pPr>
      <w:spacing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">
    <w:name w:val="Medium Shading 1 Accent 4"/>
    <w:basedOn w:val="a3"/>
    <w:uiPriority w:val="63"/>
    <w:rsid w:val="00CB0664"/>
    <w:pPr>
      <w:spacing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3"/>
    <w:uiPriority w:val="63"/>
    <w:rsid w:val="00CB0664"/>
    <w:pPr>
      <w:spacing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6">
    <w:name w:val="Medium Shading 1 Accent 6"/>
    <w:basedOn w:val="a3"/>
    <w:uiPriority w:val="63"/>
    <w:rsid w:val="00CB0664"/>
    <w:pPr>
      <w:spacing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7">
    <w:name w:val="Medium Shading 2"/>
    <w:basedOn w:val="a3"/>
    <w:uiPriority w:val="64"/>
    <w:rsid w:val="00CB0664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1">
    <w:name w:val="Medium Shading 2 Accent 1"/>
    <w:basedOn w:val="a3"/>
    <w:uiPriority w:val="64"/>
    <w:rsid w:val="00CB0664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2">
    <w:name w:val="Medium Shading 2 Accent 2"/>
    <w:basedOn w:val="a3"/>
    <w:uiPriority w:val="64"/>
    <w:rsid w:val="00CB0664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3">
    <w:name w:val="Medium Shading 2 Accent 3"/>
    <w:basedOn w:val="a3"/>
    <w:uiPriority w:val="64"/>
    <w:rsid w:val="00CB0664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4">
    <w:name w:val="Medium Shading 2 Accent 4"/>
    <w:basedOn w:val="a3"/>
    <w:uiPriority w:val="64"/>
    <w:rsid w:val="00CB0664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3"/>
    <w:uiPriority w:val="64"/>
    <w:rsid w:val="00CB0664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6">
    <w:name w:val="Medium Shading 2 Accent 6"/>
    <w:basedOn w:val="a3"/>
    <w:uiPriority w:val="64"/>
    <w:rsid w:val="00CB0664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12">
    <w:name w:val="Medium List 1"/>
    <w:basedOn w:val="a3"/>
    <w:uiPriority w:val="65"/>
    <w:rsid w:val="00CB066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1-10">
    <w:name w:val="Medium List 1 Accent 1"/>
    <w:basedOn w:val="a3"/>
    <w:uiPriority w:val="65"/>
    <w:rsid w:val="00CB066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1-20">
    <w:name w:val="Medium List 1 Accent 2"/>
    <w:basedOn w:val="a3"/>
    <w:uiPriority w:val="65"/>
    <w:rsid w:val="00CB066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1-30">
    <w:name w:val="Medium List 1 Accent 3"/>
    <w:basedOn w:val="a3"/>
    <w:uiPriority w:val="65"/>
    <w:rsid w:val="00CB066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1-40">
    <w:name w:val="Medium List 1 Accent 4"/>
    <w:basedOn w:val="a3"/>
    <w:uiPriority w:val="65"/>
    <w:rsid w:val="00CB066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1-50">
    <w:name w:val="Medium List 1 Accent 5"/>
    <w:basedOn w:val="a3"/>
    <w:uiPriority w:val="65"/>
    <w:rsid w:val="00CB066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1-60">
    <w:name w:val="Medium List 1 Accent 6"/>
    <w:basedOn w:val="a3"/>
    <w:uiPriority w:val="65"/>
    <w:rsid w:val="00CB066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28">
    <w:name w:val="Medium List 2"/>
    <w:basedOn w:val="a3"/>
    <w:uiPriority w:val="66"/>
    <w:rsid w:val="00CB066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10">
    <w:name w:val="Medium List 2 Accent 1"/>
    <w:basedOn w:val="a3"/>
    <w:uiPriority w:val="66"/>
    <w:rsid w:val="00CB066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20">
    <w:name w:val="Medium List 2 Accent 2"/>
    <w:basedOn w:val="a3"/>
    <w:uiPriority w:val="66"/>
    <w:rsid w:val="00CB066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30">
    <w:name w:val="Medium List 2 Accent 3"/>
    <w:basedOn w:val="a3"/>
    <w:uiPriority w:val="66"/>
    <w:rsid w:val="00CB066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0">
    <w:name w:val="Medium List 2 Accent 4"/>
    <w:basedOn w:val="a3"/>
    <w:uiPriority w:val="66"/>
    <w:rsid w:val="00CB066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50">
    <w:name w:val="Medium List 2 Accent 5"/>
    <w:basedOn w:val="a3"/>
    <w:uiPriority w:val="66"/>
    <w:rsid w:val="00CB066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60">
    <w:name w:val="Medium List 2 Accent 6"/>
    <w:basedOn w:val="a3"/>
    <w:uiPriority w:val="66"/>
    <w:rsid w:val="00CB066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3">
    <w:name w:val="Medium Grid 1"/>
    <w:basedOn w:val="a3"/>
    <w:uiPriority w:val="67"/>
    <w:rsid w:val="00CB0664"/>
    <w:pPr>
      <w:spacing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-11">
    <w:name w:val="Medium Grid 1 Accent 1"/>
    <w:basedOn w:val="a3"/>
    <w:uiPriority w:val="67"/>
    <w:rsid w:val="00CB0664"/>
    <w:pPr>
      <w:spacing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1-21">
    <w:name w:val="Medium Grid 1 Accent 2"/>
    <w:basedOn w:val="a3"/>
    <w:uiPriority w:val="67"/>
    <w:rsid w:val="00CB0664"/>
    <w:pPr>
      <w:spacing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1-31">
    <w:name w:val="Medium Grid 1 Accent 3"/>
    <w:basedOn w:val="a3"/>
    <w:uiPriority w:val="67"/>
    <w:rsid w:val="00CB0664"/>
    <w:pPr>
      <w:spacing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-41">
    <w:name w:val="Medium Grid 1 Accent 4"/>
    <w:basedOn w:val="a3"/>
    <w:uiPriority w:val="67"/>
    <w:rsid w:val="00CB0664"/>
    <w:pPr>
      <w:spacing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1-51">
    <w:name w:val="Medium Grid 1 Accent 5"/>
    <w:basedOn w:val="a3"/>
    <w:uiPriority w:val="67"/>
    <w:rsid w:val="00CB0664"/>
    <w:pPr>
      <w:spacing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1-61">
    <w:name w:val="Medium Grid 1 Accent 6"/>
    <w:basedOn w:val="a3"/>
    <w:uiPriority w:val="67"/>
    <w:rsid w:val="00CB0664"/>
    <w:pPr>
      <w:spacing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29">
    <w:name w:val="Medium Grid 2"/>
    <w:basedOn w:val="a3"/>
    <w:uiPriority w:val="68"/>
    <w:rsid w:val="00CB066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11">
    <w:name w:val="Medium Grid 2 Accent 1"/>
    <w:basedOn w:val="a3"/>
    <w:uiPriority w:val="68"/>
    <w:rsid w:val="00CB066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21">
    <w:name w:val="Medium Grid 2 Accent 2"/>
    <w:basedOn w:val="a3"/>
    <w:uiPriority w:val="68"/>
    <w:rsid w:val="00CB066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31">
    <w:name w:val="Medium Grid 2 Accent 3"/>
    <w:basedOn w:val="a3"/>
    <w:uiPriority w:val="68"/>
    <w:rsid w:val="00CB066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41">
    <w:name w:val="Medium Grid 2 Accent 4"/>
    <w:basedOn w:val="a3"/>
    <w:uiPriority w:val="68"/>
    <w:rsid w:val="00CB066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51">
    <w:name w:val="Medium Grid 2 Accent 5"/>
    <w:basedOn w:val="a3"/>
    <w:uiPriority w:val="68"/>
    <w:rsid w:val="00CB066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61">
    <w:name w:val="Medium Grid 2 Accent 6"/>
    <w:basedOn w:val="a3"/>
    <w:uiPriority w:val="68"/>
    <w:rsid w:val="00CB066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7">
    <w:name w:val="Medium Grid 3"/>
    <w:basedOn w:val="a3"/>
    <w:uiPriority w:val="69"/>
    <w:rsid w:val="00CB0664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3-1">
    <w:name w:val="Medium Grid 3 Accent 1"/>
    <w:basedOn w:val="a3"/>
    <w:uiPriority w:val="69"/>
    <w:rsid w:val="00CB0664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3-2">
    <w:name w:val="Medium Grid 3 Accent 2"/>
    <w:basedOn w:val="a3"/>
    <w:uiPriority w:val="69"/>
    <w:rsid w:val="00CB0664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3-3">
    <w:name w:val="Medium Grid 3 Accent 3"/>
    <w:basedOn w:val="a3"/>
    <w:uiPriority w:val="69"/>
    <w:rsid w:val="00CB0664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3-4">
    <w:name w:val="Medium Grid 3 Accent 4"/>
    <w:basedOn w:val="a3"/>
    <w:uiPriority w:val="69"/>
    <w:rsid w:val="00CB0664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3-5">
    <w:name w:val="Medium Grid 3 Accent 5"/>
    <w:basedOn w:val="a3"/>
    <w:uiPriority w:val="69"/>
    <w:rsid w:val="00CB0664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3-6">
    <w:name w:val="Medium Grid 3 Accent 6"/>
    <w:basedOn w:val="a3"/>
    <w:uiPriority w:val="69"/>
    <w:rsid w:val="00CB0664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aff7">
    <w:name w:val="Dark List"/>
    <w:basedOn w:val="a3"/>
    <w:uiPriority w:val="70"/>
    <w:rsid w:val="00CB0664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12">
    <w:name w:val="Dark List Accent 1"/>
    <w:basedOn w:val="a3"/>
    <w:uiPriority w:val="70"/>
    <w:rsid w:val="00CB0664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-22">
    <w:name w:val="Dark List Accent 2"/>
    <w:basedOn w:val="a3"/>
    <w:uiPriority w:val="70"/>
    <w:rsid w:val="00CB0664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-32">
    <w:name w:val="Dark List Accent 3"/>
    <w:basedOn w:val="a3"/>
    <w:uiPriority w:val="70"/>
    <w:rsid w:val="00CB0664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-42">
    <w:name w:val="Dark List Accent 4"/>
    <w:basedOn w:val="a3"/>
    <w:uiPriority w:val="70"/>
    <w:rsid w:val="00CB0664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-52">
    <w:name w:val="Dark List Accent 5"/>
    <w:basedOn w:val="a3"/>
    <w:uiPriority w:val="70"/>
    <w:rsid w:val="00CB0664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-62">
    <w:name w:val="Dark List Accent 6"/>
    <w:basedOn w:val="a3"/>
    <w:uiPriority w:val="70"/>
    <w:rsid w:val="00CB0664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aff8">
    <w:name w:val="Colorful Shading"/>
    <w:basedOn w:val="a3"/>
    <w:uiPriority w:val="71"/>
    <w:rsid w:val="00CB066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3">
    <w:name w:val="Colorful Shading Accent 1"/>
    <w:basedOn w:val="a3"/>
    <w:uiPriority w:val="71"/>
    <w:rsid w:val="00CB066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23">
    <w:name w:val="Colorful Shading Accent 2"/>
    <w:basedOn w:val="a3"/>
    <w:uiPriority w:val="71"/>
    <w:rsid w:val="00CB066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33">
    <w:name w:val="Colorful Shading Accent 3"/>
    <w:basedOn w:val="a3"/>
    <w:uiPriority w:val="71"/>
    <w:rsid w:val="00CB066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3">
    <w:name w:val="Colorful Shading Accent 4"/>
    <w:basedOn w:val="a3"/>
    <w:uiPriority w:val="71"/>
    <w:rsid w:val="00CB066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53">
    <w:name w:val="Colorful Shading Accent 5"/>
    <w:basedOn w:val="a3"/>
    <w:uiPriority w:val="71"/>
    <w:rsid w:val="00CB066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63">
    <w:name w:val="Colorful Shading Accent 6"/>
    <w:basedOn w:val="a3"/>
    <w:uiPriority w:val="71"/>
    <w:rsid w:val="00CB066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aff9">
    <w:name w:val="Colorful List"/>
    <w:basedOn w:val="a3"/>
    <w:uiPriority w:val="72"/>
    <w:rsid w:val="00CB0664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4">
    <w:name w:val="Colorful List Accent 1"/>
    <w:basedOn w:val="a3"/>
    <w:uiPriority w:val="72"/>
    <w:rsid w:val="00CB0664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-24">
    <w:name w:val="Colorful List Accent 2"/>
    <w:basedOn w:val="a3"/>
    <w:uiPriority w:val="72"/>
    <w:rsid w:val="00CB0664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-34">
    <w:name w:val="Colorful List Accent 3"/>
    <w:basedOn w:val="a3"/>
    <w:uiPriority w:val="72"/>
    <w:rsid w:val="00CB0664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-44">
    <w:name w:val="Colorful List Accent 4"/>
    <w:basedOn w:val="a3"/>
    <w:uiPriority w:val="72"/>
    <w:rsid w:val="00CB0664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-54">
    <w:name w:val="Colorful List Accent 5"/>
    <w:basedOn w:val="a3"/>
    <w:uiPriority w:val="72"/>
    <w:rsid w:val="00CB0664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-64">
    <w:name w:val="Colorful List Accent 6"/>
    <w:basedOn w:val="a3"/>
    <w:uiPriority w:val="72"/>
    <w:rsid w:val="00CB0664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affa">
    <w:name w:val="Colorful Grid"/>
    <w:basedOn w:val="a3"/>
    <w:uiPriority w:val="73"/>
    <w:rsid w:val="00CB066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5">
    <w:name w:val="Colorful Grid Accent 1"/>
    <w:basedOn w:val="a3"/>
    <w:uiPriority w:val="73"/>
    <w:rsid w:val="00CB066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25">
    <w:name w:val="Colorful Grid Accent 2"/>
    <w:basedOn w:val="a3"/>
    <w:uiPriority w:val="73"/>
    <w:rsid w:val="00CB066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-35">
    <w:name w:val="Colorful Grid Accent 3"/>
    <w:basedOn w:val="a3"/>
    <w:uiPriority w:val="73"/>
    <w:rsid w:val="00CB066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5">
    <w:name w:val="Colorful Grid Accent 4"/>
    <w:basedOn w:val="a3"/>
    <w:uiPriority w:val="73"/>
    <w:rsid w:val="00CB066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-55">
    <w:name w:val="Colorful Grid Accent 5"/>
    <w:basedOn w:val="a3"/>
    <w:uiPriority w:val="73"/>
    <w:rsid w:val="00CB066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-65">
    <w:name w:val="Colorful Grid Accent 6"/>
    <w:basedOn w:val="a3"/>
    <w:uiPriority w:val="73"/>
    <w:rsid w:val="00CB066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paragraph" w:styleId="affb">
    <w:name w:val="header"/>
    <w:basedOn w:val="a1"/>
    <w:link w:val="affc"/>
    <w:uiPriority w:val="99"/>
    <w:unhideWhenUsed/>
    <w:rsid w:val="00BA157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affc">
    <w:name w:val="页眉 字符"/>
    <w:basedOn w:val="a2"/>
    <w:link w:val="affb"/>
    <w:uiPriority w:val="99"/>
    <w:rsid w:val="00BA1576"/>
    <w:rPr>
      <w:sz w:val="18"/>
      <w:szCs w:val="18"/>
    </w:rPr>
  </w:style>
  <w:style w:type="paragraph" w:styleId="affd">
    <w:name w:val="footer"/>
    <w:basedOn w:val="a1"/>
    <w:link w:val="affe"/>
    <w:uiPriority w:val="99"/>
    <w:unhideWhenUsed/>
    <w:rsid w:val="00BA1576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character" w:customStyle="1" w:styleId="affe">
    <w:name w:val="页脚 字符"/>
    <w:basedOn w:val="a2"/>
    <w:link w:val="affd"/>
    <w:uiPriority w:val="99"/>
    <w:rsid w:val="00BA1576"/>
    <w:rPr>
      <w:sz w:val="18"/>
      <w:szCs w:val="18"/>
    </w:rPr>
  </w:style>
  <w:style w:type="paragraph" w:customStyle="1" w:styleId="ItemStem">
    <w:name w:val="ItemStem"/>
    <w:rsid w:val="00B741A2"/>
    <w:pPr>
      <w:spacing w:line="312" w:lineRule="auto"/>
      <w:jc w:val="both"/>
    </w:pPr>
  </w:style>
  <w:style w:type="paragraph" w:customStyle="1" w:styleId="ItemQDesc">
    <w:name w:val="ItemQDesc"/>
    <w:basedOn w:val="ItemStem"/>
    <w:rsid w:val="00E05241"/>
  </w:style>
  <w:style w:type="table" w:customStyle="1" w:styleId="TableOptsV">
    <w:name w:val="TableOptsV"/>
    <w:basedOn w:val="a3"/>
    <w:uiPriority w:val="99"/>
    <w:rsid w:val="006B4C18"/>
    <w:pPr>
      <w:spacing w:line="240" w:lineRule="auto"/>
    </w:pPr>
    <w:tblPr/>
  </w:style>
  <w:style w:type="paragraph" w:customStyle="1" w:styleId="ItemAnswer">
    <w:name w:val="ItemAnswer"/>
    <w:basedOn w:val="a1"/>
    <w:rsid w:val="007A41A0"/>
    <w:pPr>
      <w:spacing w:line="312" w:lineRule="auto"/>
    </w:pPr>
  </w:style>
  <w:style w:type="paragraph" w:customStyle="1" w:styleId="OptWithTabs4">
    <w:name w:val="OptWithTabs4"/>
    <w:basedOn w:val="a1"/>
    <w:next w:val="a1"/>
    <w:rsid w:val="00611C47"/>
    <w:pPr>
      <w:tabs>
        <w:tab w:val="left" w:pos="326"/>
        <w:tab w:val="left" w:pos="2453"/>
        <w:tab w:val="left" w:pos="4578"/>
        <w:tab w:val="left" w:pos="6705"/>
      </w:tabs>
    </w:pPr>
  </w:style>
  <w:style w:type="table" w:customStyle="1" w:styleId="TableGrid">
    <w:name w:val="TableGrid"/>
    <w:basedOn w:val="a3"/>
    <w:uiPriority w:val="99"/>
    <w:rsid w:val="00D2111E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85" w:type="dxa"/>
        <w:bottom w:w="85" w:type="dxa"/>
      </w:tblCellMar>
    </w:tblPr>
  </w:style>
  <w:style w:type="paragraph" w:customStyle="1" w:styleId="OptWithTabs2">
    <w:name w:val="OptWithTabs2"/>
    <w:basedOn w:val="OptWithTabs4"/>
    <w:next w:val="a1"/>
    <w:qFormat/>
    <w:rsid w:val="00A02915"/>
    <w:pPr>
      <w:tabs>
        <w:tab w:val="clear" w:pos="2453"/>
        <w:tab w:val="clear" w:pos="6705"/>
      </w:tabs>
    </w:pPr>
  </w:style>
  <w:style w:type="paragraph" w:customStyle="1" w:styleId="OptWithTabs1">
    <w:name w:val="OptWithTabs1"/>
    <w:basedOn w:val="OptWithTabs4"/>
    <w:next w:val="a1"/>
    <w:qFormat/>
    <w:rsid w:val="00A02915"/>
    <w:pPr>
      <w:tabs>
        <w:tab w:val="clear" w:pos="2453"/>
        <w:tab w:val="clear" w:pos="4578"/>
        <w:tab w:val="clear" w:pos="6705"/>
      </w:tabs>
    </w:pPr>
  </w:style>
  <w:style w:type="paragraph" w:customStyle="1" w:styleId="OptWithTabs3">
    <w:name w:val="OptWithTabs3"/>
    <w:basedOn w:val="OptWithTabs4"/>
    <w:next w:val="a1"/>
    <w:rsid w:val="00E12382"/>
    <w:pPr>
      <w:tabs>
        <w:tab w:val="clear" w:pos="2453"/>
        <w:tab w:val="clear" w:pos="4578"/>
        <w:tab w:val="clear" w:pos="6705"/>
        <w:tab w:val="left" w:pos="3066"/>
        <w:tab w:val="left" w:pos="5796"/>
      </w:tabs>
    </w:pPr>
  </w:style>
  <w:style w:type="paragraph" w:customStyle="1" w:styleId="ItemStemSpecialEnglishDuanWenGaiCuo1">
    <w:name w:val="ItemStemSpecialEnglishDuanWenGaiCuo1"/>
    <w:basedOn w:val="ItemStem"/>
    <w:qFormat/>
    <w:rsid w:val="007D0D28"/>
    <w:pPr>
      <w:spacing w:line="408" w:lineRule="auto"/>
    </w:pPr>
  </w:style>
  <w:style w:type="paragraph" w:customStyle="1" w:styleId="ItemQDescSpecialEnglishDanJuGaiCuo">
    <w:name w:val="ItemQDescSpecialEnglishDanJuGaiCuo"/>
    <w:basedOn w:val="ItemQDesc"/>
    <w:qFormat/>
    <w:rsid w:val="007304BC"/>
    <w:pPr>
      <w:tabs>
        <w:tab w:val="right" w:pos="8610"/>
      </w:tabs>
    </w:pPr>
  </w:style>
  <w:style w:type="paragraph" w:customStyle="1" w:styleId="ItemStemSpecialEnglishDuanWenGaiCuo2">
    <w:name w:val="ItemStemSpecialEnglishDuanWenGaiCuo2"/>
    <w:basedOn w:val="ItemStem"/>
    <w:qFormat/>
    <w:rsid w:val="00B652A4"/>
    <w:pPr>
      <w:tabs>
        <w:tab w:val="right" w:pos="8610"/>
      </w:tabs>
    </w:pPr>
  </w:style>
  <w:style w:type="table" w:customStyle="1" w:styleId="TableOptsEnglishXuanCiTianKong">
    <w:name w:val="TableOptsEnglishXuanCiTianKong"/>
    <w:basedOn w:val="a3"/>
    <w:uiPriority w:val="99"/>
    <w:rsid w:val="00630462"/>
    <w:pPr>
      <w:tabs>
        <w:tab w:val="left" w:pos="1680"/>
        <w:tab w:val="left" w:pos="3360"/>
        <w:tab w:val="left" w:pos="5040"/>
        <w:tab w:val="left" w:pos="6720"/>
      </w:tabs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</w:tblPr>
  </w:style>
  <w:style w:type="paragraph" w:customStyle="1" w:styleId="LinespaceMathQuestion">
    <w:name w:val="LinespaceMathQuestion"/>
    <w:basedOn w:val="a1"/>
    <w:next w:val="a1"/>
    <w:rsid w:val="002D3194"/>
    <w:pPr>
      <w:tabs>
        <w:tab w:val="left" w:pos="195"/>
      </w:tabs>
      <w:spacing w:line="16" w:lineRule="exact"/>
      <w:ind w:left="93" w:hangingChars="93" w:hanging="93"/>
    </w:pPr>
  </w:style>
  <w:style w:type="paragraph" w:customStyle="1" w:styleId="ItemQDescSpecialEnglishDanXuan2">
    <w:name w:val="ItemQDescSpecialEnglishDanXuan2"/>
    <w:basedOn w:val="LinespaceMathQuestion"/>
    <w:qFormat/>
    <w:rsid w:val="003232E3"/>
    <w:pPr>
      <w:tabs>
        <w:tab w:val="clear" w:pos="195"/>
        <w:tab w:val="left" w:pos="307"/>
      </w:tabs>
      <w:ind w:left="146" w:hangingChars="146" w:hanging="146"/>
    </w:pPr>
  </w:style>
  <w:style w:type="table" w:customStyle="1" w:styleId="TableGrid1x1">
    <w:name w:val="TableGrid1x1"/>
    <w:basedOn w:val="TableGrid"/>
    <w:uiPriority w:val="99"/>
    <w:rsid w:val="00727A70"/>
    <w:tblPr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</w:tblPr>
  </w:style>
  <w:style w:type="paragraph" w:customStyle="1" w:styleId="TitleSpecialMath">
    <w:name w:val="TitleSpecialMath"/>
    <w:basedOn w:val="a1"/>
    <w:next w:val="a1"/>
    <w:rsid w:val="00605C4F"/>
    <w:pPr>
      <w:ind w:left="193" w:hanging="193"/>
      <w:jc w:val="center"/>
    </w:pPr>
    <w:rPr>
      <w:b/>
      <w:sz w:val="24"/>
    </w:rPr>
  </w:style>
  <w:style w:type="paragraph" w:customStyle="1" w:styleId="LinespaceMathQuestionType">
    <w:name w:val="LinespaceMathQuestionType"/>
    <w:basedOn w:val="a1"/>
    <w:next w:val="a1"/>
    <w:qFormat/>
    <w:rsid w:val="00053416"/>
    <w:pPr>
      <w:spacing w:line="160" w:lineRule="exact"/>
      <w:ind w:left="193" w:hanging="193"/>
    </w:pPr>
  </w:style>
  <w:style w:type="paragraph" w:customStyle="1" w:styleId="Title2SpecialMath">
    <w:name w:val="Title2SpecialMath"/>
    <w:basedOn w:val="a1"/>
    <w:next w:val="a1"/>
    <w:rsid w:val="00605C4F"/>
    <w:pPr>
      <w:jc w:val="center"/>
    </w:pPr>
  </w:style>
  <w:style w:type="paragraph" w:customStyle="1" w:styleId="ItemQDescSpecialMathIndent1">
    <w:name w:val="ItemQDescSpecialMathIndent1"/>
    <w:basedOn w:val="ItemStem"/>
    <w:rsid w:val="002D5F44"/>
    <w:pPr>
      <w:tabs>
        <w:tab w:val="left" w:pos="515"/>
      </w:tabs>
      <w:ind w:leftChars="134" w:left="245" w:hangingChars="111" w:hanging="111"/>
    </w:pPr>
  </w:style>
  <w:style w:type="paragraph" w:customStyle="1" w:styleId="ItemQDescSpecialMathIndent2">
    <w:name w:val="ItemQDescSpecialMathIndent2"/>
    <w:basedOn w:val="ItemStem"/>
    <w:rsid w:val="002D5F44"/>
    <w:pPr>
      <w:tabs>
        <w:tab w:val="left" w:pos="613"/>
      </w:tabs>
      <w:ind w:leftChars="134" w:left="292" w:hangingChars="158" w:hanging="158"/>
    </w:pPr>
  </w:style>
  <w:style w:type="paragraph" w:customStyle="1" w:styleId="OptWithTabs4SpecialMathIndent1">
    <w:name w:val="OptWithTabs4SpecialMathIndent1"/>
    <w:basedOn w:val="a1"/>
    <w:next w:val="a1"/>
    <w:rsid w:val="007A6CC0"/>
    <w:pPr>
      <w:tabs>
        <w:tab w:val="left" w:pos="603"/>
        <w:tab w:val="left" w:pos="2799"/>
        <w:tab w:val="left" w:pos="5055"/>
        <w:tab w:val="left" w:pos="7335"/>
      </w:tabs>
    </w:pPr>
  </w:style>
  <w:style w:type="paragraph" w:customStyle="1" w:styleId="OptWithTabs2SpecialMathIndent1">
    <w:name w:val="OptWithTabs2SpecialMathIndent1"/>
    <w:basedOn w:val="OptWithTabs4SpecialMathIndent1"/>
    <w:next w:val="a1"/>
    <w:qFormat/>
    <w:rsid w:val="00750D9B"/>
    <w:pPr>
      <w:tabs>
        <w:tab w:val="clear" w:pos="2799"/>
        <w:tab w:val="clear" w:pos="7335"/>
      </w:tabs>
    </w:pPr>
  </w:style>
  <w:style w:type="paragraph" w:customStyle="1" w:styleId="OptWithTabs1SpecialMathIndent1">
    <w:name w:val="OptWithTabs1SpecialMathIndent1"/>
    <w:basedOn w:val="OptWithTabs2SpecialMathIndent1"/>
    <w:next w:val="a1"/>
    <w:qFormat/>
    <w:rsid w:val="00750D9B"/>
    <w:pPr>
      <w:tabs>
        <w:tab w:val="clear" w:pos="5055"/>
      </w:tabs>
    </w:pPr>
  </w:style>
  <w:style w:type="paragraph" w:customStyle="1" w:styleId="OptWithTabs4SpecialMathIndent2">
    <w:name w:val="OptWithTabs4SpecialMathIndent2"/>
    <w:basedOn w:val="a1"/>
    <w:next w:val="a1"/>
    <w:qFormat/>
    <w:rsid w:val="007A6CC0"/>
    <w:pPr>
      <w:tabs>
        <w:tab w:val="left" w:pos="729"/>
        <w:tab w:val="left" w:pos="2913"/>
        <w:tab w:val="left" w:pos="5151"/>
        <w:tab w:val="left" w:pos="7371"/>
      </w:tabs>
    </w:pPr>
  </w:style>
  <w:style w:type="paragraph" w:customStyle="1" w:styleId="OptWithTabs2SpecialMathIndent2">
    <w:name w:val="OptWithTabs2SpecialMathIndent2"/>
    <w:basedOn w:val="OptWithTabs4SpecialMathIndent2"/>
    <w:next w:val="a1"/>
    <w:qFormat/>
    <w:rsid w:val="00750D9B"/>
    <w:pPr>
      <w:tabs>
        <w:tab w:val="clear" w:pos="2913"/>
        <w:tab w:val="clear" w:pos="7371"/>
      </w:tabs>
    </w:pPr>
  </w:style>
  <w:style w:type="paragraph" w:customStyle="1" w:styleId="OptWithTabs1SpecialMathIndent2">
    <w:name w:val="OptWithTabs1SpecialMathIndent2"/>
    <w:basedOn w:val="OptWithTabs2SpecialMathIndent2"/>
    <w:next w:val="a1"/>
    <w:qFormat/>
    <w:rsid w:val="00750D9B"/>
    <w:pPr>
      <w:tabs>
        <w:tab w:val="clear" w:pos="5151"/>
      </w:tabs>
    </w:pPr>
  </w:style>
  <w:style w:type="paragraph" w:customStyle="1" w:styleId="ItemQDescSpecialMathIndent1Indent1">
    <w:name w:val="ItemQDescSpecialMathIndent1Indent1"/>
    <w:basedOn w:val="ItemStem"/>
    <w:rsid w:val="002D5F44"/>
    <w:pPr>
      <w:tabs>
        <w:tab w:val="left" w:pos="893"/>
      </w:tabs>
      <w:ind w:leftChars="269" w:left="425" w:hangingChars="156" w:hanging="156"/>
    </w:pPr>
  </w:style>
  <w:style w:type="paragraph" w:customStyle="1" w:styleId="ItemQDescSpecialMathIndent2Indent1">
    <w:name w:val="ItemQDescSpecialMathIndent2Indent1"/>
    <w:basedOn w:val="ItemStem"/>
    <w:rsid w:val="00EA68A9"/>
    <w:pPr>
      <w:tabs>
        <w:tab w:val="left" w:pos="895"/>
      </w:tabs>
      <w:ind w:leftChars="286" w:left="446" w:hangingChars="160" w:hanging="160"/>
    </w:pPr>
  </w:style>
  <w:style w:type="paragraph" w:customStyle="1" w:styleId="ItemSub2QDescSpecialMathIndent">
    <w:name w:val="ItemSub2QDescSpecialMathIndent"/>
    <w:basedOn w:val="ItemQDescSpecialMathIndent2Indent1"/>
    <w:qFormat/>
    <w:rsid w:val="00EA68A9"/>
    <w:pPr>
      <w:ind w:leftChars="412" w:left="572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png"/><Relationship Id="rId18" Type="http://schemas.openxmlformats.org/officeDocument/2006/relationships/image" Target="media/image11.emf"/><Relationship Id="rId26" Type="http://schemas.openxmlformats.org/officeDocument/2006/relationships/image" Target="media/image19.emf"/><Relationship Id="rId3" Type="http://schemas.openxmlformats.org/officeDocument/2006/relationships/styles" Target="styles.xml"/><Relationship Id="rId21" Type="http://schemas.openxmlformats.org/officeDocument/2006/relationships/image" Target="media/image14.emf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image" Target="media/image10.emf"/><Relationship Id="rId25" Type="http://schemas.openxmlformats.org/officeDocument/2006/relationships/image" Target="media/image18.emf"/><Relationship Id="rId2" Type="http://schemas.openxmlformats.org/officeDocument/2006/relationships/numbering" Target="numbering.xml"/><Relationship Id="rId16" Type="http://schemas.openxmlformats.org/officeDocument/2006/relationships/image" Target="media/image9.emf"/><Relationship Id="rId20" Type="http://schemas.openxmlformats.org/officeDocument/2006/relationships/image" Target="media/image13.emf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24" Type="http://schemas.openxmlformats.org/officeDocument/2006/relationships/image" Target="media/image17.emf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23" Type="http://schemas.openxmlformats.org/officeDocument/2006/relationships/image" Target="media/image16.emf"/><Relationship Id="rId28" Type="http://schemas.openxmlformats.org/officeDocument/2006/relationships/fontTable" Target="fontTable.xml"/><Relationship Id="rId10" Type="http://schemas.openxmlformats.org/officeDocument/2006/relationships/image" Target="media/image3.emf"/><Relationship Id="rId19" Type="http://schemas.openxmlformats.org/officeDocument/2006/relationships/image" Target="media/image12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Relationship Id="rId22" Type="http://schemas.openxmlformats.org/officeDocument/2006/relationships/image" Target="media/image15.png"/><Relationship Id="rId2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Times New Roman"/>
        <a:ea typeface=""/>
        <a:cs typeface=""/>
        <a:font script="Jpan" typeface="ＭＳ ゴシック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2CDAB80-922A-4F0C-B2F0-CD222A5387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107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722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Cisco Employee</dc:creator>
  <cp:keywords/>
  <dc:description>generated by python-docx</dc:description>
  <cp:lastModifiedBy>李 开武</cp:lastModifiedBy>
  <cp:revision>66</cp:revision>
  <dcterms:created xsi:type="dcterms:W3CDTF">2013-12-23T23:15:00Z</dcterms:created>
  <dcterms:modified xsi:type="dcterms:W3CDTF">2020-02-07T05:43:00Z</dcterms:modified>
  <cp:category/>
</cp:coreProperties>
</file>